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КАССА КИТОБИ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КАССОВАЯ КНИГА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 / Касса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Сана / Дата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Варақ № / Лист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Кассир / Кассир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Касса китоби варақлари корхона тартибига мувофиқ рақамланади ва бут сақланади / Листы кассовой книги нумеруются и хранятся по порядку организации.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Кун боши / Начало дня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Кун бошига қолдиқ / Остаток на начало дня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Белгиланган касса лимити / Установленный лимит кассы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Касса операциялари / Кассовые операции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84"/>
        <w:gridCol w:w="1471"/>
        <w:gridCol w:w="2006"/>
        <w:gridCol w:w="1471"/>
        <w:gridCol w:w="1471"/>
        <w:gridCol w:w="1471"/>
        <w:gridCol w:w="1474"/>
      </w:tblGrid>
      <w:tr>
        <w:trPr>
          <w:tblHeader w:val="true"/>
        </w:trPr>
        <w:tc>
          <w:tcPr>
            <w:tcW w:type="dxa" w:w="78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4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Ордер №</w:t>
            </w:r>
          </w:p>
        </w:tc>
        <w:tc>
          <w:tcPr>
            <w:tcW w:type="dxa" w:w="20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Кимдан/кимга / От кого/кому</w:t>
            </w:r>
          </w:p>
        </w:tc>
        <w:tc>
          <w:tcPr>
            <w:tcW w:type="dxa" w:w="14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Асос / Основание</w:t>
            </w:r>
          </w:p>
        </w:tc>
        <w:tc>
          <w:tcPr>
            <w:tcW w:type="dxa" w:w="14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Корр. счёт</w:t>
            </w:r>
          </w:p>
        </w:tc>
        <w:tc>
          <w:tcPr>
            <w:tcW w:type="dxa" w:w="14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Кирим / Приход</w:t>
            </w:r>
          </w:p>
        </w:tc>
        <w:tc>
          <w:tcPr>
            <w:tcW w:type="dxa" w:w="14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Чиқим / Расход</w:t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11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12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13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8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14</w:t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Кун якуни / Итоги дня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Кунлик кирим / Приход за день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Кунлик чиқим / Расход за день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Кун охирига қолдиқ / Остаток на конец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Шу жумладан иш ҳақи учун / В том числе на зарплату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Илова қилинган ККО/ЧКО сони / Количество ПКО/РКО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Кассир / Кассир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текширди / Проверил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041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 китоби / Кассовая книга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