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ККО ВА ЧКОНИ РЎЙХАТГА ОЛИШ ЖУРНАЛИ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ЖУРНАЛ РЕГИСТРАЦИИ ПКО И РКО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 / Касса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 рақами / Номер журнала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ККО ва ЧКО рўйхати / Регистрация ПКО и РКО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79"/>
        <w:gridCol w:w="1819"/>
        <w:gridCol w:w="1698"/>
        <w:gridCol w:w="1461"/>
        <w:gridCol w:w="1993"/>
        <w:gridCol w:w="1461"/>
        <w:gridCol w:w="1819"/>
        <w:gridCol w:w="2584"/>
        <w:gridCol w:w="1466"/>
      </w:tblGrid>
      <w:tr>
        <w:trPr>
          <w:tblHeader w:val="true"/>
        </w:trPr>
        <w:tc>
          <w:tcPr>
            <w:tcW w:type="dxa" w:w="7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8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69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Ордер тури / Вид ордера</w:t>
            </w:r>
          </w:p>
        </w:tc>
        <w:tc>
          <w:tcPr>
            <w:tcW w:type="dxa" w:w="14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Ордер №</w:t>
            </w:r>
          </w:p>
        </w:tc>
        <w:tc>
          <w:tcPr>
            <w:tcW w:type="dxa" w:w="19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Кимдан/кимга / От кого/кому</w:t>
            </w:r>
          </w:p>
        </w:tc>
        <w:tc>
          <w:tcPr>
            <w:tcW w:type="dxa" w:w="14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Асос / Основание</w:t>
            </w:r>
          </w:p>
        </w:tc>
        <w:tc>
          <w:tcPr>
            <w:tcW w:type="dxa" w:w="18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25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Кассирга берилди / Передано кассиру</w:t>
            </w:r>
          </w:p>
        </w:tc>
        <w:tc>
          <w:tcPr>
            <w:tcW w:type="dxa" w:w="146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15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16</w:t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Рўйхатга олди / Зарегистрировал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ККО ва ЧКОни рўйхатга олиш журнали / Журнал регистрации ПКО и РКО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