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БЎНАК ҲИСОБОТИ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АВАНСОВЫЙ ОТЧЁТ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Ҳисобдор шахс: Ф.И.Ш., табель № / Подотчётное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Бўлинма/лавозим / Подразделение/должность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Бўнак берилган сана ва ҳужжат / Дата и документ аванса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Мақсад/хизмат сафари / Цель/командировка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9350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Ҳар бир харажатга тасдиқловчи ҳужжат илова қилинади; касса ҳужжатлари билан бирга хронологик тартибда сақланади / К каждому расходу прилагается подтверждающий документ.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Бўнак ҳолати / Состояние аванса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Аввалги бўнак қолдиғи / Остаток предыдущего аванса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Олинган бўнак / Полученный аванс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мавжуд / Всего в распоряжении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Тасдиқловчи харажатлар / Подтверждающие расходы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54"/>
        <w:gridCol w:w="1526"/>
        <w:gridCol w:w="2230"/>
        <w:gridCol w:w="2230"/>
        <w:gridCol w:w="2931"/>
        <w:gridCol w:w="1226"/>
        <w:gridCol w:w="1526"/>
        <w:gridCol w:w="1526"/>
        <w:gridCol w:w="1231"/>
      </w:tblGrid>
      <w:tr>
        <w:trPr>
          <w:tblHeader w:val="true"/>
        </w:trPr>
        <w:tc>
          <w:tcPr>
            <w:tcW w:type="dxa" w:w="65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5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22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тури ва № / Вид и № документа</w:t>
            </w:r>
          </w:p>
        </w:tc>
        <w:tc>
          <w:tcPr>
            <w:tcW w:type="dxa" w:w="22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Етказиб берувчи/СТИР / Поставщик/ИНН</w:t>
            </w:r>
          </w:p>
        </w:tc>
        <w:tc>
          <w:tcPr>
            <w:tcW w:type="dxa" w:w="29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Харажат мазмуни / Содержание</w:t>
            </w:r>
          </w:p>
        </w:tc>
        <w:tc>
          <w:tcPr>
            <w:tcW w:type="dxa" w:w="12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Валюта</w:t>
            </w:r>
          </w:p>
        </w:tc>
        <w:tc>
          <w:tcPr>
            <w:tcW w:type="dxa" w:w="15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Курс</w:t>
            </w:r>
          </w:p>
        </w:tc>
        <w:tc>
          <w:tcPr>
            <w:tcW w:type="dxa" w:w="15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 UZS</w:t>
            </w:r>
          </w:p>
        </w:tc>
        <w:tc>
          <w:tcPr>
            <w:tcW w:type="dxa" w:w="12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 счёти / Счёт</w:t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5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9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2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Ҳисоб-китоб / Расчёт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Тасдиқланган харажат / Утверждённые расходы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Қайтариладиган қолдиқ / Остаток к возврату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Қопланадиган ортиқча харажат / Перерасход к возмещению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Касса/банк ҳужжати / Кассовый/банковский документ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Ҳисобдор шахс / Подотчётное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текширди / Проверил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Бўлинма раҳбари / Руководитель подразделения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Бўнак ҳисоботи / Авансовый отчёт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