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КОРПОРАТИВ КАРТА БЎЙИЧА ҲИСОБОТ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ОТЧЁТ ПО КОРПОРАТИВНОЙ КАРТЕ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Карта эгаси Ф.И.Ш. / Держатель карты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Картанинг охирги 4 рақами / Последние 4 цифры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Банк ва валюта / Банк и валюта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Қолдиқ / Остаток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бошига / На начало периода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Даврда тўлдирилди / Пополнено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охирига / На конец периода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Карта операциялари / Операции по карте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74"/>
        <w:gridCol w:w="1806"/>
        <w:gridCol w:w="3080"/>
        <w:gridCol w:w="1451"/>
        <w:gridCol w:w="1451"/>
        <w:gridCol w:w="1451"/>
        <w:gridCol w:w="1806"/>
        <w:gridCol w:w="1806"/>
        <w:gridCol w:w="1455"/>
      </w:tblGrid>
      <w:tr>
        <w:trPr>
          <w:tblHeader w:val="true"/>
        </w:trPr>
        <w:tc>
          <w:tcPr>
            <w:tcW w:type="dxa" w:w="7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8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Сана/вақт / Дата/время</w:t>
            </w:r>
          </w:p>
        </w:tc>
        <w:tc>
          <w:tcPr>
            <w:tcW w:type="dxa" w:w="30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Савдо нуқтаси/етказиб берувчи / Получатель</w:t>
            </w:r>
          </w:p>
        </w:tc>
        <w:tc>
          <w:tcPr>
            <w:tcW w:type="dxa" w:w="1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Мақсад / Назначение</w:t>
            </w:r>
          </w:p>
        </w:tc>
        <w:tc>
          <w:tcPr>
            <w:tcW w:type="dxa" w:w="1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/ Документ</w:t>
            </w:r>
          </w:p>
        </w:tc>
        <w:tc>
          <w:tcPr>
            <w:tcW w:type="dxa" w:w="14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Валюта</w:t>
            </w:r>
          </w:p>
        </w:tc>
        <w:tc>
          <w:tcPr>
            <w:tcW w:type="dxa" w:w="18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Курс</w:t>
            </w:r>
          </w:p>
        </w:tc>
        <w:tc>
          <w:tcPr>
            <w:tcW w:type="dxa" w:w="18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 UZS</w:t>
            </w:r>
          </w:p>
        </w:tc>
        <w:tc>
          <w:tcPr>
            <w:tcW w:type="dxa" w:w="14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 счёти / Счёт</w:t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0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Тасдиқланган харажат / Подтверждённые расходы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Ҳужжатсиз/қайтариладиган сумма / Неподтверждённая/возврат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Банк кўчирмаси билан тафовут / Расхождение с выпиской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Карта эгаси / Держатель карты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 карта бўйича ҳисобот / Отчёт по корпоративной карте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