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ЧЕКЛАР ВА ТАСДИҚЛОВЧИ ҲУЖЖАТЛАР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ЧЕКОВ И ПОДТВЕРЖДАЮЩИХ ДОКУМЕНТОВ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Ҳисобдор шахс / Подотчётное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Бўнак/карта ҳисоботи № / Отчёт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Чек ва ҳужжатлар / Чеки и документы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90"/>
        <w:gridCol w:w="1611"/>
        <w:gridCol w:w="1373"/>
        <w:gridCol w:w="2092"/>
        <w:gridCol w:w="3094"/>
        <w:gridCol w:w="1611"/>
        <w:gridCol w:w="1611"/>
        <w:gridCol w:w="1700"/>
        <w:gridCol w:w="1298"/>
      </w:tblGrid>
      <w:tr>
        <w:trPr>
          <w:tblHeader w:val="true"/>
        </w:trPr>
        <w:tc>
          <w:tcPr>
            <w:tcW w:type="dxa" w:w="6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6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3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тури/№ / Вид/№</w:t>
            </w:r>
          </w:p>
        </w:tc>
        <w:tc>
          <w:tcPr>
            <w:tcW w:type="dxa" w:w="20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Сотувчи ва СТИР / Продавец и ИНН</w:t>
            </w:r>
          </w:p>
        </w:tc>
        <w:tc>
          <w:tcPr>
            <w:tcW w:type="dxa" w:w="309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Товар/хизмат / Товар/услуга</w:t>
            </w:r>
          </w:p>
        </w:tc>
        <w:tc>
          <w:tcPr>
            <w:tcW w:type="dxa" w:w="16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6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7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Файл/илова № / Файл/лист №</w:t>
            </w:r>
          </w:p>
        </w:tc>
        <w:tc>
          <w:tcPr>
            <w:tcW w:type="dxa" w:w="129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Текширув / Проверка</w:t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Сдал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Чеклар ва тасдиқловчи ҳужжатлар реестри / Реестр чеков и подтверждающих документов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