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БАНК ТЎЛОВИ УЧУН ИЧКИ ТОПШИРИҚ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ВНУТРЕННЕЕ ПОРУЧЕНИЕ НА БАНКОВСКИЙ ПЛАТЁЖ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Тўловчи: номи, СТИР / Плательщик: наименование,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Тўловчи ҳисобрақами, банк, МФО / Счёт, банк, МФО плательщика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Олувчи: номи, СТИР / Получатель: наименование,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Олувчи ҳисобрақами, банк, МФО / Счёт, банк, МФО получателя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Ички шакл банк тизимида расмийлаштириладиган тўлов ҳужжатини алмаштирмайди / Внутренняя форма не заменяет платёжный документ, оформляемый в банковской системе.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Банк тўлови учун ички топшириқ / Внутреннее поручение на банковский платёж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Сумма рақамда ва ёзувда / Сумма цифрами и прописью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мақсади, шартнома ва ҳужжат / Назначение, договор и документ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ҚҚС ҳолати ва суммаси / Статус и сумма НДС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навбати/шошилинчлиги / Очередность/срочность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Валюта ва курс (зарур бўлса) / Валюта и курс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Банкка юбориш санаси / Дата направления в банк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Текширув маршрути / Маршрут проверки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856"/>
        <w:gridCol w:w="2062"/>
        <w:gridCol w:w="1856"/>
        <w:gridCol w:w="2310"/>
        <w:gridCol w:w="2064"/>
      </w:tblGrid>
      <w:tr>
        <w:trPr>
          <w:tblHeader w:val="true"/>
        </w:trPr>
        <w:tc>
          <w:tcPr>
            <w:tcW w:type="dxa" w:w="185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Босқич / Этап</w:t>
            </w:r>
          </w:p>
        </w:tc>
        <w:tc>
          <w:tcPr>
            <w:tcW w:type="dxa" w:w="206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Масъул / Ответственный</w:t>
            </w:r>
          </w:p>
        </w:tc>
        <w:tc>
          <w:tcPr>
            <w:tcW w:type="dxa" w:w="185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Натижа / Результат</w:t>
            </w:r>
          </w:p>
        </w:tc>
        <w:tc>
          <w:tcPr>
            <w:tcW w:type="dxa" w:w="23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Сана/вақт / Дата/время</w:t>
            </w:r>
          </w:p>
        </w:tc>
        <w:tc>
          <w:tcPr>
            <w:tcW w:type="dxa" w:w="206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Имзо/ЭРИ / Подпись/ЭЦП</w:t>
            </w:r>
          </w:p>
        </w:tc>
      </w:tr>
      <w:tr>
        <w:trPr>
          <w:cantSplit/>
        </w:trPr>
        <w:tc>
          <w:tcPr>
            <w:tcW w:type="dxa" w:w="18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8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8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8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8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Тайёрлади / Подготовил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Имзо ҳуқуқига эга шахс / Уполномоченный подписант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047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 тўлови учун ички топшириқ / Внутреннее поручение на банковский платёж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