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ТЎЛОВ УЧУН ТАЛАБНОМА (ХАРАЖАТНИ КЕЛИШИШ)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ЗАЯВКА НА ОПЛАТУ (СОГЛАСОВАНИЕ РАСХОДА)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Ташаббускор / Инициатор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Етказиб берувчи ва СТИР / Поставщик и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Шартнома/буюртма / Договор/заказ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муддати / Срок оплаты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Бу шакл харажатни ички келишиш учун; 047-сонли шакл эса келишилган тўловни банкка тайёрлаш учун / Эта форма согласует расход, а форма №047 подготавливает согласованный платёж к банку.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Харажатни келишиш / Согласование расхода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Товар/хизмат қабул қилинганини тасдиқловчи ҳужжат / Документ приёмки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Сўралаётган сумма ва ҚҚС / Сумма и НДС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босқичи: аванс/оралиқ/якуний / Этап: аванс/промежуточный/окончательный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Бюджет моддаси ва қолдиқ / Статья и остаток бюджета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Харажат маркази/лойиҳа / Центр затрат/проект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мақсади / Назначение платежа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Келишиш / Согласование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124"/>
        <w:gridCol w:w="2687"/>
        <w:gridCol w:w="2687"/>
        <w:gridCol w:w="1124"/>
        <w:gridCol w:w="1399"/>
        <w:gridCol w:w="1127"/>
      </w:tblGrid>
      <w:tr>
        <w:trPr>
          <w:tblHeader w:val="true"/>
        </w:trPr>
        <w:tc>
          <w:tcPr>
            <w:tcW w:type="dxa" w:w="112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Босқич / Этап</w:t>
            </w:r>
          </w:p>
        </w:tc>
        <w:tc>
          <w:tcPr>
            <w:tcW w:type="dxa" w:w="26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6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Қарор / Решение</w:t>
            </w:r>
          </w:p>
        </w:tc>
        <w:tc>
          <w:tcPr>
            <w:tcW w:type="dxa" w:w="112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Изоҳ / Комментарий</w:t>
            </w:r>
          </w:p>
        </w:tc>
        <w:tc>
          <w:tcPr>
            <w:tcW w:type="dxa" w:w="139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Сана / Дата</w:t>
            </w:r>
          </w:p>
        </w:tc>
        <w:tc>
          <w:tcPr>
            <w:tcW w:type="dxa" w:w="112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Имзо / Подпись</w:t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1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Ташаббускор / Инициатор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Бюджет назорати / Контроль бюджета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Тасдиқловчи / Утверждающий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048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Тўлов учун талабнома (харажатни келишиш) / Заявка на оплату (согласование расхода)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