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БАНК КЎЧИРМАЛАРИ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БАНКОВСКИХ ВЫПИСОК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Банк ва ҳисобрақам / Банк и расчётный счёт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Валюта / Валюта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Банк кўчирмалари / Банковские выписки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21"/>
        <w:gridCol w:w="1916"/>
        <w:gridCol w:w="1916"/>
        <w:gridCol w:w="1540"/>
        <w:gridCol w:w="1540"/>
        <w:gridCol w:w="1540"/>
        <w:gridCol w:w="1916"/>
        <w:gridCol w:w="2255"/>
        <w:gridCol w:w="1636"/>
      </w:tblGrid>
      <w:tr>
        <w:trPr>
          <w:tblHeader w:val="true"/>
        </w:trPr>
        <w:tc>
          <w:tcPr>
            <w:tcW w:type="dxa" w:w="8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9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19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Бошланғич қолдиқ / Нач. остаток</w:t>
            </w:r>
          </w:p>
        </w:tc>
        <w:tc>
          <w:tcPr>
            <w:tcW w:type="dxa" w:w="15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Кирим / Поступление</w:t>
            </w:r>
          </w:p>
        </w:tc>
        <w:tc>
          <w:tcPr>
            <w:tcW w:type="dxa" w:w="15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Чиқим / Списание</w:t>
            </w:r>
          </w:p>
        </w:tc>
        <w:tc>
          <w:tcPr>
            <w:tcW w:type="dxa" w:w="15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Комиссия / Комиссия</w:t>
            </w:r>
          </w:p>
        </w:tc>
        <w:tc>
          <w:tcPr>
            <w:tcW w:type="dxa" w:w="19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Якуний қолдиқ / Кон. остаток</w:t>
            </w:r>
          </w:p>
        </w:tc>
        <w:tc>
          <w:tcPr>
            <w:tcW w:type="dxa" w:w="225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1Сга юкланди / Загружено в 1С</w:t>
            </w:r>
          </w:p>
        </w:tc>
        <w:tc>
          <w:tcPr>
            <w:tcW w:type="dxa" w:w="16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Тафовут / Расхождение</w:t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15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16</w:t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Банк билан солиштирди / Сверил с банком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 кўчирмалари реестри / Реестр банковских выписок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