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ТЎЛОВЛАР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ПЛАТЕЖЕЙ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даври / Платёжный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Валюта / Валюта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шахс /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Тўловлар реестри / Реестр платежей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99"/>
        <w:gridCol w:w="1632"/>
        <w:gridCol w:w="2186"/>
        <w:gridCol w:w="2252"/>
        <w:gridCol w:w="1722"/>
        <w:gridCol w:w="1632"/>
        <w:gridCol w:w="1457"/>
        <w:gridCol w:w="1311"/>
        <w:gridCol w:w="2189"/>
      </w:tblGrid>
      <w:tr>
        <w:trPr>
          <w:tblHeader w:val="true"/>
        </w:trPr>
        <w:tc>
          <w:tcPr>
            <w:tcW w:type="dxa" w:w="6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6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Режа сана / Плановая дата</w:t>
            </w:r>
          </w:p>
        </w:tc>
        <w:tc>
          <w:tcPr>
            <w:tcW w:type="dxa" w:w="218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Олувчи ва СТИР / Получатель и ИНН</w:t>
            </w:r>
          </w:p>
        </w:tc>
        <w:tc>
          <w:tcPr>
            <w:tcW w:type="dxa" w:w="225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Шартнома/ҳужжат / Договор/документ</w:t>
            </w:r>
          </w:p>
        </w:tc>
        <w:tc>
          <w:tcPr>
            <w:tcW w:type="dxa" w:w="17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Тўлов мақсади / Назначение</w:t>
            </w:r>
          </w:p>
        </w:tc>
        <w:tc>
          <w:tcPr>
            <w:tcW w:type="dxa" w:w="16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4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Устуворлик / Приоритет</w:t>
            </w:r>
          </w:p>
        </w:tc>
        <w:tc>
          <w:tcPr>
            <w:tcW w:type="dxa" w:w="131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 / Статус</w:t>
            </w:r>
          </w:p>
        </w:tc>
        <w:tc>
          <w:tcPr>
            <w:tcW w:type="dxa" w:w="21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Банк ҳужжати № / Банк. документ №</w:t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11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12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13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14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15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6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16</w:t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2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1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1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Тасдиқланган тўловлар / Утверждено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Амалга оширилган / Исполнено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Кейинга қолдирилган / Перенесено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050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Тўловлар реестри / Реестр платежей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