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КАССА ИНВЕНТАРИЗАЦИЯСИ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ИНВЕНТАРИЗАЦИИ КАССЫ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 / Касса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Инвентаризация санаси ва вақти / Дата и время инвентаризации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 буйруғи / Приказ о комиссии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Кассир/масъул шахс / Кассир/ответственное лицо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Саноқ комиссия иштирокида тўлиқ амалга оширилади; касса ҳужжатида тузатишга йўл қўйилмайди / Пересчёт проводится полностью в присутствии комиссии; исправления не допускаются.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Кассир тилхати / Расписка кассира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Текширув бошланишида барча кирим ва чиқим ҳужжатлари бухгалтерияга топширилган, барча маблағлар кирим қилинган / К началу проверки все документы переданы и средства оприходованы: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Амалдаги нақд пул / Фактическая наличность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232"/>
        <w:gridCol w:w="2190"/>
        <w:gridCol w:w="2726"/>
      </w:tblGrid>
      <w:tr>
        <w:trPr>
          <w:tblHeader w:val="true"/>
        </w:trPr>
        <w:tc>
          <w:tcPr>
            <w:tcW w:type="dxa" w:w="52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Купюра/қиймат / Номинал</w:t>
            </w:r>
          </w:p>
        </w:tc>
        <w:tc>
          <w:tcPr>
            <w:tcW w:type="dxa" w:w="21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Дона / Количество</w:t>
            </w:r>
          </w:p>
        </w:tc>
        <w:tc>
          <w:tcPr>
            <w:tcW w:type="dxa" w:w="27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2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Бошқа қийматликлар / Прочие ценности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61"/>
        <w:gridCol w:w="1614"/>
        <w:gridCol w:w="2038"/>
        <w:gridCol w:w="2009"/>
        <w:gridCol w:w="2009"/>
        <w:gridCol w:w="1617"/>
      </w:tblGrid>
      <w:tr>
        <w:trPr>
          <w:tblHeader w:val="true"/>
        </w:trPr>
        <w:tc>
          <w:tcPr>
            <w:tcW w:type="dxa" w:w="8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6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Тури / Вид</w:t>
            </w:r>
          </w:p>
        </w:tc>
        <w:tc>
          <w:tcPr>
            <w:tcW w:type="dxa" w:w="20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Серия/рақам / Серия/номер</w:t>
            </w:r>
          </w:p>
        </w:tc>
        <w:tc>
          <w:tcPr>
            <w:tcW w:type="dxa" w:w="200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200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  <w:tc>
          <w:tcPr>
            <w:tcW w:type="dxa" w:w="161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Солиштириш / Сопоставление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 китоби бўйича қолдиқ / Остаток по кассовой книге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Амалдаги пул ва қийматликлар / Фактическая наличность и ценности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Ортиқча / Излишек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Камомад / Недостача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Кассир тушунтириши / Объяснение кассира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қарори / Решение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Тафовут сабаби ва масъуллар / Причина расхождения и ответственные: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Ҳисобда акс эттириш ва чоралар / Отражение в учёте и меры: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Кассир / Кассир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 инвентаризацияси далолатномаси / Акт инвентаризации кассы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