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БАЖАРИЛГАН ҚУРИЛИШ-МОНТАЖ ИШЛАРИ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ВЫПОЛНЕННЫХ СТРОИТЕЛЬНО-МОНТАЖНЫХ РАБОТ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манзил / Объект и адрес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Буюртмачи/пудратчи ва СТИР / Заказчик/подрядчик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ва смета / Договор и смета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даври/босқич / Период/этап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Лойиҳа-смета ҳужжати / Проектно-сметная документация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Бажарилган қурилиш-монтаж ишлари / Выполненные СМР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20"/>
        <w:gridCol w:w="2387"/>
        <w:gridCol w:w="1350"/>
        <w:gridCol w:w="2250"/>
        <w:gridCol w:w="1350"/>
        <w:gridCol w:w="1978"/>
        <w:gridCol w:w="1680"/>
        <w:gridCol w:w="1680"/>
        <w:gridCol w:w="1685"/>
      </w:tblGrid>
      <w:tr>
        <w:trPr>
          <w:tblHeader w:val="true"/>
        </w:trPr>
        <w:tc>
          <w:tcPr>
            <w:tcW w:type="dxa" w:w="7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3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Смета позицияси/иш / Позиция/работа</w:t>
            </w:r>
          </w:p>
        </w:tc>
        <w:tc>
          <w:tcPr>
            <w:tcW w:type="dxa" w:w="13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22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Шартнома ҳажми / Договорный объём</w:t>
            </w:r>
          </w:p>
        </w:tc>
        <w:tc>
          <w:tcPr>
            <w:tcW w:type="dxa" w:w="13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Даврда / За период</w:t>
            </w:r>
          </w:p>
        </w:tc>
        <w:tc>
          <w:tcPr>
            <w:tcW w:type="dxa" w:w="197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бажарилди / Накопительно</w:t>
            </w:r>
          </w:p>
        </w:tc>
        <w:tc>
          <w:tcPr>
            <w:tcW w:type="dxa" w:w="16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Бирлик нархи / Цена</w:t>
            </w:r>
          </w:p>
        </w:tc>
        <w:tc>
          <w:tcPr>
            <w:tcW w:type="dxa" w:w="16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Давр суммаси / Сумма</w:t>
            </w:r>
          </w:p>
        </w:tc>
        <w:tc>
          <w:tcPr>
            <w:tcW w:type="dxa" w:w="16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ҚҚСсиз жами / Итого без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/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билан жами / Всего с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Ушлаб қолиш/аванс ҳисоби / Удержания/зачёт аванса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Тўловга / К оплате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қилиш / Приёмка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Ишлар лойиҳа ва меъёрларга мувофиқ / Соответствие проекту и нормам: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Камчиликлар ва бартараф этиш муддати / Недостатки и срок устранения: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Техник назорат хулосаси / Заключение технического надзора: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/ Подрядчик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 / Заказчик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Техник назорат / Технический надзор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Муаллифлик назорати (зарур бўлса) / Авторский надзор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Бажарилган қурилиш-монтаж ишлари далолатномаси / Акт выполненных строительно-монтажных работ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