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БАЖАРИЛГАН ИШЛАР ҚИЙМАТИ ТЎҒРИСИДА МАЪЛУМОТНОМА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СПРАВКА О СТОИМОСТИ ВЫПОЛНЕННЫХ РАБОТ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/ Объект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Буюртмачи/пудратчи / Заказчик/подрядчик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 / Договор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даври / Отчётный период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Ишлар қиймати / Стоимость работ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693"/>
        <w:gridCol w:w="2232"/>
        <w:gridCol w:w="2618"/>
        <w:gridCol w:w="2078"/>
        <w:gridCol w:w="1527"/>
      </w:tblGrid>
      <w:tr>
        <w:trPr>
          <w:tblHeader w:val="true"/>
        </w:trPr>
        <w:tc>
          <w:tcPr>
            <w:tcW w:type="dxa" w:w="169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Кўрсаткич / Показатель</w:t>
            </w:r>
          </w:p>
        </w:tc>
        <w:tc>
          <w:tcPr>
            <w:tcW w:type="dxa" w:w="22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Шартнома бўйича / По договору</w:t>
            </w:r>
          </w:p>
        </w:tc>
        <w:tc>
          <w:tcPr>
            <w:tcW w:type="dxa" w:w="26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Аввал бажарилган / Ранее выполнено</w:t>
            </w:r>
          </w:p>
        </w:tc>
        <w:tc>
          <w:tcPr>
            <w:tcW w:type="dxa" w:w="207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Жорий давр / Текущий период</w:t>
            </w:r>
          </w:p>
        </w:tc>
        <w:tc>
          <w:tcPr>
            <w:tcW w:type="dxa" w:w="152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Жами / Накопительно</w:t>
            </w:r>
          </w:p>
        </w:tc>
      </w:tr>
      <w:tr>
        <w:trPr>
          <w:cantSplit/>
        </w:trPr>
        <w:tc>
          <w:tcPr>
            <w:tcW w:type="dxa" w:w="16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6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6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6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6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6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6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6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Тўлов ҳисоб-китоби / Расчёт к оплате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Жорий давр ҚҚСсиз / Текущий период без НДС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ҚҚС / НДС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Авансни ҳисобга олиш / Зачёт аванса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Кафолат ушланмаси / Гарантийное удержание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Бошқа ушланмалар / Прочие удержания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Тўловга / К оплате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Асос / Основание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Бажарилган ишлар далолатномаси рақамлари / Акты выполненных работ: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Қўшимча келишув ва ўзгаришлар / Допсоглашения и изменения: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Пудратчи раҳбари / Руководитель подрядчика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Буюртмачи раҳбари / Руководитель заказчика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Бухгалтерлар / Бухгалтеры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080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Бажарилган ишлар қиймати тўғрисида маълумотнома / Справка о стоимости выполненных работ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