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БАЖАРИЛГАН ИШЛАРНИ ҲИСОБГА ОЛИШ ЖУРНАЛИ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ЖУРНАЛ УЧЁТА ВЫПОЛНЕННЫХ РАБОТ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манзил / Объект и адрес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Пудратчи / Подрядчик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иш бошқарувчи / Ответственный производитель работ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бошланиш/тугаш санаси / Начало/окончание журнала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Кунлик ишлар / Ежедневные работы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14"/>
        <w:gridCol w:w="1432"/>
        <w:gridCol w:w="1628"/>
        <w:gridCol w:w="1151"/>
        <w:gridCol w:w="2209"/>
        <w:gridCol w:w="1861"/>
        <w:gridCol w:w="2750"/>
        <w:gridCol w:w="2093"/>
        <w:gridCol w:w="1342"/>
      </w:tblGrid>
      <w:tr>
        <w:trPr>
          <w:tblHeader w:val="true"/>
        </w:trPr>
        <w:tc>
          <w:tcPr>
            <w:tcW w:type="dxa" w:w="6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4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6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Об-ҳаво/смена / Погода/смена</w:t>
            </w:r>
          </w:p>
        </w:tc>
        <w:tc>
          <w:tcPr>
            <w:tcW w:type="dxa" w:w="11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 жойи / Участок</w:t>
            </w:r>
          </w:p>
        </w:tc>
        <w:tc>
          <w:tcPr>
            <w:tcW w:type="dxa" w:w="22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Бажарилган иш ва ҳажм / Работа и объём</w:t>
            </w:r>
          </w:p>
        </w:tc>
        <w:tc>
          <w:tcPr>
            <w:tcW w:type="dxa" w:w="18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Ходим/техника / Персонал/техника</w:t>
            </w:r>
          </w:p>
        </w:tc>
        <w:tc>
          <w:tcPr>
            <w:tcW w:type="dxa" w:w="27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Материал / Материал</w:t>
            </w:r>
          </w:p>
        </w:tc>
        <w:tc>
          <w:tcPr>
            <w:tcW w:type="dxa" w:w="20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Назорат/кўрсатма / Контроль/указание</w:t>
            </w:r>
          </w:p>
        </w:tc>
        <w:tc>
          <w:tcPr>
            <w:tcW w:type="dxa" w:w="134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Масъул имзоси / Подпись</w:t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15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16</w:t>
            </w:r>
          </w:p>
        </w:tc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ёзувлари / Записи надзора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981"/>
        <w:gridCol w:w="2540"/>
        <w:gridCol w:w="3387"/>
        <w:gridCol w:w="3629"/>
        <w:gridCol w:w="2543"/>
      </w:tblGrid>
      <w:tr>
        <w:trPr>
          <w:tblHeader w:val="true"/>
        </w:trPr>
        <w:tc>
          <w:tcPr>
            <w:tcW w:type="dxa" w:w="298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25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Назоратчи / Контролёр</w:t>
            </w:r>
          </w:p>
        </w:tc>
        <w:tc>
          <w:tcPr>
            <w:tcW w:type="dxa" w:w="33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Аниқланган ҳолат / Замечание</w:t>
            </w:r>
          </w:p>
        </w:tc>
        <w:tc>
          <w:tcPr>
            <w:tcW w:type="dxa" w:w="36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Талаб/муддат / Требование/срок</w:t>
            </w:r>
          </w:p>
        </w:tc>
        <w:tc>
          <w:tcPr>
            <w:tcW w:type="dxa" w:w="254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Бажарилди / Исполнено</w:t>
            </w:r>
          </w:p>
        </w:tc>
      </w:tr>
      <w:tr>
        <w:trPr>
          <w:cantSplit/>
        </w:trPr>
        <w:tc>
          <w:tcPr>
            <w:tcW w:type="dxa" w:w="2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9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Иш бошқарувчи / Производитель работ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Техник назорат / Технический надзор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раҳбари / Руководитель подрядчика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Бажарилган ишларни ҳисобга олиш журнали / Журнал учёта выполненных работ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