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ҚУРИЛИШ МАЙДОНИНИ ТОПШИРИШ ДАЛОЛАТНОМАСИ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АКТ ПЕРЕДАЧИ СТРОИТЕЛЬНОЙ ПЛОЩАДКИ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Объект ва манзил / Объект и адрес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 / Заказчик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Пудратчи / Подрядчик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Шартнома/рухсат / Договор/разрешение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Топшириш санаси / Дата передачи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Майдон ҳолати / Состояние площадки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Чегара ва майдон / Границы и площадь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Кириш йўллари / Подъездные пути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Электр, сув ва бошқа тармоқлар / Электро-, водо- и иные сети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Мавжуд иншоот ва коммуникациялар / Сооружения и коммуникации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Меҳнат ва ёнғин хавфсизлиги талаблари / Требования безопасности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Топширилган ҳужжат ва объектлар / Переданные документы и объекты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30"/>
        <w:gridCol w:w="3271"/>
        <w:gridCol w:w="1704"/>
        <w:gridCol w:w="1704"/>
        <w:gridCol w:w="1369"/>
        <w:gridCol w:w="1370"/>
      </w:tblGrid>
      <w:tr>
        <w:trPr>
          <w:tblHeader w:val="true"/>
        </w:trPr>
        <w:tc>
          <w:tcPr>
            <w:tcW w:type="dxa" w:w="73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32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/ Наименование</w:t>
            </w:r>
          </w:p>
        </w:tc>
        <w:tc>
          <w:tcPr>
            <w:tcW w:type="dxa" w:w="17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Рақам/сана / Номер/дата</w:t>
            </w:r>
          </w:p>
        </w:tc>
        <w:tc>
          <w:tcPr>
            <w:tcW w:type="dxa" w:w="170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Сони / Кол-во</w:t>
            </w:r>
          </w:p>
        </w:tc>
        <w:tc>
          <w:tcPr>
            <w:tcW w:type="dxa" w:w="136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Ҳолати / Состояние</w:t>
            </w:r>
          </w:p>
        </w:tc>
        <w:tc>
          <w:tcPr>
            <w:tcW w:type="dxa" w:w="137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7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32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6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37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Томонлар мажбурияти / Обязательства сторон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Майдонни сақлаш ва муҳофаза қилиш / Содержание и охрана площадки: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Аниқланган чекловлар / Ограничения: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Буюртмачи топширди / Передал заказчик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Пудратчи қабул қилди / Принял подрядчик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Техник назорат / Технический надзор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Ер/коммуникация масъули (зарур бўлса) / Ответственный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082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Қурилиш майдонини топшириш далолатномаси / Акт передачи строительной площадки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