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ЯШИРИН ИШЛАРНИ КЎРИКДАН ЎТКАЗИШ ДАЛОЛАТНОМАСИ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АКТ ОСВИДЕТЕЛЬСТВОВАНИЯ СКРЫТЫХ РАБОТ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856"/>
        <w:gridCol w:w="6292"/>
      </w:tblGrid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Объект ва иш қисми / Объект и участок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Буюртмачи/пудратчи / Заказчик/подрядчик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Лойиҳа чизмаси/узел / Проектный чертёж/узел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Кўрик санаси / Дата освидетельствования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Яширин иш маълумотлари / Данные скрытых работ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262"/>
        <w:gridCol w:w="5886"/>
      </w:tblGrid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Ишнинг аниқ номи ва жойи / Наименование и место работы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Қўлланилган материаллар ва сертификатлар / Материалы и сертификаты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Ижро схемаси/лаборатория синови / Исполнительная схема/испытания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Иш бошланиш ва тугаш санаси / Начало и окончание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Лойиҳадан оғишлар ва рухсат / Отклонения и согласование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Комиссия хулосаси / Заключение комиссии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Иш лойиҳа ва талабларга мувофиқ / Соответствие проекту и требованиям: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Кейинги ишни бажаришга рухсат / Разрешение последующих работ: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Камчилик ва бартараф этиш муддати / Недостатки и срок устранения: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0146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145"/>
        <w:gridCol w:w="2029"/>
        <w:gridCol w:w="2942"/>
        <w:gridCol w:w="2030"/>
      </w:tblGrid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Пудратчи / Подрядчик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Буюртмачи/техник назорат / Заказчик/технадзор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Муаллифлик назорати (зарур бўлса) / Авторский надзор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Субпудратчи (зарур бўлса) / Субподрядчик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5074"/>
      <w:gridCol w:w="5074"/>
    </w:tblGrid>
    <w:tr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083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Яширин ишларни кўрикдан ўтказиш далолатномаси / Акт освидетельствования скрытых работ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