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ҚУРИЛИШ ИШЛАРИ ДЕФЕКТ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ДЕФЕКТНЫЙ АКТ СТРОИТЕЛЬНЫХ РАБОТ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Объект ва манзил / Объект и адрес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Иш/конструкция қисми / Участок/конструкция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Кўрик санаси / Дата осмотра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Комиссия асоси / Основание комиссии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Аниқланган нуқсонлар / Выявленные дефекты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39"/>
        <w:gridCol w:w="1611"/>
        <w:gridCol w:w="3313"/>
        <w:gridCol w:w="1387"/>
        <w:gridCol w:w="1751"/>
        <w:gridCol w:w="1387"/>
        <w:gridCol w:w="1961"/>
        <w:gridCol w:w="1387"/>
        <w:gridCol w:w="1544"/>
      </w:tblGrid>
      <w:tr>
        <w:trPr>
          <w:tblHeader w:val="true"/>
        </w:trPr>
        <w:tc>
          <w:tcPr>
            <w:tcW w:type="dxa" w:w="73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61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Жой/конструкция / Место</w:t>
            </w:r>
          </w:p>
        </w:tc>
        <w:tc>
          <w:tcPr>
            <w:tcW w:type="dxa" w:w="331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Нуқсон тавсифи / Описание</w:t>
            </w:r>
          </w:p>
        </w:tc>
        <w:tc>
          <w:tcPr>
            <w:tcW w:type="dxa" w:w="138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Ҳажм / Объём</w:t>
            </w:r>
          </w:p>
        </w:tc>
        <w:tc>
          <w:tcPr>
            <w:tcW w:type="dxa" w:w="175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Эҳтимолий сабаб / Причина</w:t>
            </w:r>
          </w:p>
        </w:tc>
        <w:tc>
          <w:tcPr>
            <w:tcW w:type="dxa" w:w="138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Хавф/таъсир / Риск</w:t>
            </w:r>
          </w:p>
        </w:tc>
        <w:tc>
          <w:tcPr>
            <w:tcW w:type="dxa" w:w="196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Бартараф этиш усули / Способ</w:t>
            </w:r>
          </w:p>
        </w:tc>
        <w:tc>
          <w:tcPr>
            <w:tcW w:type="dxa" w:w="138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Муддат / Срок</w:t>
            </w:r>
          </w:p>
        </w:tc>
        <w:tc>
          <w:tcPr>
            <w:tcW w:type="dxa" w:w="154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Масъул / Ответственный</w:t>
            </w:r>
          </w:p>
        </w:tc>
      </w:tr>
      <w:tr>
        <w:trPr>
          <w:cantSplit/>
        </w:trPr>
        <w:tc>
          <w:tcPr>
            <w:tcW w:type="dxa" w:w="7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16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Тахминий харажат / Оценка затрат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050"/>
        <w:gridCol w:w="4705"/>
        <w:gridCol w:w="1969"/>
        <w:gridCol w:w="2451"/>
        <w:gridCol w:w="2451"/>
        <w:gridCol w:w="2454"/>
      </w:tblGrid>
      <w:tr>
        <w:trPr>
          <w:tblHeader w:val="true"/>
        </w:trPr>
        <w:tc>
          <w:tcPr>
            <w:tcW w:type="dxa" w:w="105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470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Иш/материал / Работа/материал</w:t>
            </w:r>
          </w:p>
        </w:tc>
        <w:tc>
          <w:tcPr>
            <w:tcW w:type="dxa" w:w="196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Ўлчов / Ед.</w:t>
            </w:r>
          </w:p>
        </w:tc>
        <w:tc>
          <w:tcPr>
            <w:tcW w:type="dxa" w:w="245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Миқдор / Кол-во</w:t>
            </w:r>
          </w:p>
        </w:tc>
        <w:tc>
          <w:tcPr>
            <w:tcW w:type="dxa" w:w="245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Нарх / Цена</w:t>
            </w:r>
          </w:p>
        </w:tc>
        <w:tc>
          <w:tcPr>
            <w:tcW w:type="dxa" w:w="245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Сумма</w:t>
            </w:r>
          </w:p>
        </w:tc>
      </w:tr>
      <w:tr>
        <w:trPr>
          <w:cantSplit/>
        </w:trPr>
        <w:tc>
          <w:tcPr>
            <w:tcW w:type="dxa" w:w="10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47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0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47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0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47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0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47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0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47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0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47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Комиссия қарори / Решение комиссии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Ишни тўхтатиш/давом эттириш / Остановить/продолжить работу: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Қайта қабул қилиш санаси / Дата повторной приёмки: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раиси / Председатель комиссии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Пудратчи / Подрядчик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Буюртмачи/техник назорат / Заказчик/технадзор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Муаллифлик назорати (зарур бўлса) / Авторский надзор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084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Қурилиш ишлари дефект далолатномаси / Дефектный акт строительных работ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