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ҚУРИЛИШ МАТЕРИАЛЛАРИ САРФИ ҚАЙДНОМАСИ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ВЕДОМОСТЬ РАСХОДА СТРОИТЕЛЬНЫХ МАТЕРИАЛОВ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Объект/босқич / Объект/этап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Пудратчи/бўлинма / Подрядчик/подразделение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Смета/меъёр ҳужжати / Смета/норматив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Материаллар сарфи / Расход материалов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79"/>
        <w:gridCol w:w="3043"/>
        <w:gridCol w:w="1274"/>
        <w:gridCol w:w="1274"/>
        <w:gridCol w:w="1274"/>
        <w:gridCol w:w="1608"/>
        <w:gridCol w:w="1480"/>
        <w:gridCol w:w="1274"/>
        <w:gridCol w:w="1585"/>
        <w:gridCol w:w="1589"/>
      </w:tblGrid>
      <w:tr>
        <w:trPr>
          <w:tblHeader w:val="true"/>
        </w:trPr>
        <w:tc>
          <w:tcPr>
            <w:tcW w:type="dxa" w:w="6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304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Материал/код / Материал/код</w:t>
            </w:r>
          </w:p>
        </w:tc>
        <w:tc>
          <w:tcPr>
            <w:tcW w:type="dxa" w:w="12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Ўлчов / Ед.</w:t>
            </w:r>
          </w:p>
        </w:tc>
        <w:tc>
          <w:tcPr>
            <w:tcW w:type="dxa" w:w="12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Смета/норма / Норма</w:t>
            </w:r>
          </w:p>
        </w:tc>
        <w:tc>
          <w:tcPr>
            <w:tcW w:type="dxa" w:w="12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Олинди / Получено</w:t>
            </w:r>
          </w:p>
        </w:tc>
        <w:tc>
          <w:tcPr>
            <w:tcW w:type="dxa" w:w="160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Ишлатилди / Израсходовано</w:t>
            </w:r>
          </w:p>
        </w:tc>
        <w:tc>
          <w:tcPr>
            <w:tcW w:type="dxa" w:w="148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Қайтарилди / Возвращено</w:t>
            </w:r>
          </w:p>
        </w:tc>
        <w:tc>
          <w:tcPr>
            <w:tcW w:type="dxa" w:w="12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Оғиш / Отклонение</w:t>
            </w:r>
          </w:p>
        </w:tc>
        <w:tc>
          <w:tcPr>
            <w:tcW w:type="dxa" w:w="158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Нарх / Цена</w:t>
            </w:r>
          </w:p>
        </w:tc>
        <w:tc>
          <w:tcPr>
            <w:tcW w:type="dxa" w:w="158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Сумма</w:t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Оғиш таҳлили / Анализ отклонений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Ортиқча сарф/тежам сабаби / Причина перерасхода/экономии: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Аломат/иш тури билан боғланиш / Связь с видом работ: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Комиссия/раҳбар қарори / Решение комиссии/руководителя: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Иш бошқарувчи / Производитель работ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Сметачи/иқтисодчи / Сметчик/экономист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085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Қурилиш материаллари сарфи қайдномаси / Ведомость расхода строительных материалов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