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ТУГАЛЛАНГАН ОБЪЕКТНИ (БОСҚИЧНИ) ҚАБУЛ ҚИЛИШ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ПРИЁМКИ ЗАКОНЧЕННОГО ОБЪЕКТА (ЭТАПА)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манзил / Объект и адрес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Буюртмачи/пудратчи / Заказчик/подрядчик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Шартнома/рухсат ҳужжатлари / Договор/разрешения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Қурилиш бошланиш/тугаш / Начало/окончание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комиссияси асоси / Основание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/ Комиссия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97"/>
        <w:gridCol w:w="1868"/>
        <w:gridCol w:w="1681"/>
        <w:gridCol w:w="4019"/>
        <w:gridCol w:w="1683"/>
      </w:tblGrid>
      <w:tr>
        <w:trPr>
          <w:tblHeader w:val="true"/>
        </w:trPr>
        <w:tc>
          <w:tcPr>
            <w:tcW w:type="dxa" w:w="89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86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Ташкилот / Организация</w:t>
            </w:r>
          </w:p>
        </w:tc>
        <w:tc>
          <w:tcPr>
            <w:tcW w:type="dxa" w:w="168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0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16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Роли / Роль</w:t>
            </w:r>
          </w:p>
        </w:tc>
      </w:tr>
      <w:tr>
        <w:trPr>
          <w:cantSplit/>
        </w:trPr>
        <w:tc>
          <w:tcPr>
            <w:tcW w:type="dxa" w:w="8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8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0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8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0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8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0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8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0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8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0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8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0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Объект кўрсаткичлари / Показатели объекта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Лойиҳа қуввати/майдони / Проектная мощность/площадь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Ҳақиқий кўрсаткичлар / Фактические показатели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қиймати / Стоимость объекта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Ижро ҳужжатлари тўлиқлиги / Комплектность исполнительной документации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Синов ва ишга тушириш натижалари / Результаты испытаний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Кафолат муддати / Гарантийный срок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Камчиликлар рўйхати / Перечень недостатков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37"/>
        <w:gridCol w:w="1953"/>
        <w:gridCol w:w="1569"/>
        <w:gridCol w:w="1744"/>
        <w:gridCol w:w="2219"/>
        <w:gridCol w:w="1826"/>
      </w:tblGrid>
      <w:tr>
        <w:trPr>
          <w:tblHeader w:val="true"/>
        </w:trPr>
        <w:tc>
          <w:tcPr>
            <w:tcW w:type="dxa" w:w="8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95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Нуқсон / Недостаток</w:t>
            </w:r>
          </w:p>
        </w:tc>
        <w:tc>
          <w:tcPr>
            <w:tcW w:type="dxa" w:w="15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Жой / Место</w:t>
            </w:r>
          </w:p>
        </w:tc>
        <w:tc>
          <w:tcPr>
            <w:tcW w:type="dxa" w:w="17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/ Ответственный</w:t>
            </w:r>
          </w:p>
        </w:tc>
        <w:tc>
          <w:tcPr>
            <w:tcW w:type="dxa" w:w="22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Бартараф этиш муддати / Срок</w:t>
            </w:r>
          </w:p>
        </w:tc>
        <w:tc>
          <w:tcPr>
            <w:tcW w:type="dxa" w:w="18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Қабул белгиси / Отметка</w:t>
            </w:r>
          </w:p>
        </w:tc>
      </w:tr>
      <w:tr>
        <w:trPr>
          <w:cantSplit/>
        </w:trPr>
        <w:tc>
          <w:tcPr>
            <w:tcW w:type="dxa" w:w="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9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9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9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9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9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9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қарори / Решение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Объект/босқич қабул қилинсин ёки рад этилсин / Принять или отказать: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Фойдаланишга тайёрлиги / Готовность к эксплуатации: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Махсус шарт ва чекловлар / Особые условия: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 / Заказчик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/ Подрядчик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Техник назорат / Технический надзор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Тугалланган объектни (босқични) қабул қилиш далолатномаси / Акт приёмки законченного объекта (этапа)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