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КОНТРАГЕНТ БИЛАН СОЛИШТИРМА ДАЛОЛАТНОМА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АКТ СВЕРКИ С КОНТРАГЕНТОМ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856"/>
        <w:gridCol w:w="6292"/>
      </w:tblGrid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1-томон: номи ва СТИР / Сторона 1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2-томон: номи ва СТИР / Сторона 2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Шартнома(лар) / Договор(ы)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Солиштириш даври ва валюта / Период и валюта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1-томон маълумоти / По данным стороны 1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08"/>
        <w:gridCol w:w="1418"/>
        <w:gridCol w:w="1140"/>
        <w:gridCol w:w="2724"/>
        <w:gridCol w:w="1418"/>
        <w:gridCol w:w="1418"/>
        <w:gridCol w:w="1422"/>
      </w:tblGrid>
      <w:tr>
        <w:trPr>
          <w:tblHeader w:val="true"/>
        </w:trPr>
        <w:tc>
          <w:tcPr>
            <w:tcW w:type="dxa" w:w="608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№</w:t>
            </w:r>
          </w:p>
        </w:tc>
        <w:tc>
          <w:tcPr>
            <w:tcW w:type="dxa" w:w="1418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Сана / Дата</w:t>
            </w:r>
          </w:p>
        </w:tc>
        <w:tc>
          <w:tcPr>
            <w:tcW w:type="dxa" w:w="114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Ҳужжат / Документ</w:t>
            </w:r>
          </w:p>
        </w:tc>
        <w:tc>
          <w:tcPr>
            <w:tcW w:type="dxa" w:w="272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Операция / Операция</w:t>
            </w:r>
          </w:p>
        </w:tc>
        <w:tc>
          <w:tcPr>
            <w:tcW w:type="dxa" w:w="1418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Дебет</w:t>
            </w:r>
          </w:p>
        </w:tc>
        <w:tc>
          <w:tcPr>
            <w:tcW w:type="dxa" w:w="1418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Кредит</w:t>
            </w:r>
          </w:p>
        </w:tc>
        <w:tc>
          <w:tcPr>
            <w:tcW w:type="dxa" w:w="142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Қолдиқ / Сальдо</w:t>
            </w:r>
          </w:p>
        </w:tc>
      </w:tr>
      <w:tr>
        <w:trPr>
          <w:cantSplit/>
        </w:trPr>
        <w:tc>
          <w:tcPr>
            <w:tcW w:type="dxa" w:w="60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1</w:t>
            </w:r>
          </w:p>
        </w:tc>
        <w:tc>
          <w:tcPr>
            <w:tcW w:type="dxa" w:w="14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72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60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2</w:t>
            </w:r>
          </w:p>
        </w:tc>
        <w:tc>
          <w:tcPr>
            <w:tcW w:type="dxa" w:w="14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72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60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3</w:t>
            </w:r>
          </w:p>
        </w:tc>
        <w:tc>
          <w:tcPr>
            <w:tcW w:type="dxa" w:w="14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72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60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4</w:t>
            </w:r>
          </w:p>
        </w:tc>
        <w:tc>
          <w:tcPr>
            <w:tcW w:type="dxa" w:w="14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72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60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5</w:t>
            </w:r>
          </w:p>
        </w:tc>
        <w:tc>
          <w:tcPr>
            <w:tcW w:type="dxa" w:w="14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72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60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6</w:t>
            </w:r>
          </w:p>
        </w:tc>
        <w:tc>
          <w:tcPr>
            <w:tcW w:type="dxa" w:w="14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72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60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7</w:t>
            </w:r>
          </w:p>
        </w:tc>
        <w:tc>
          <w:tcPr>
            <w:tcW w:type="dxa" w:w="14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72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60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8</w:t>
            </w:r>
          </w:p>
        </w:tc>
        <w:tc>
          <w:tcPr>
            <w:tcW w:type="dxa" w:w="14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72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60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9</w:t>
            </w:r>
          </w:p>
        </w:tc>
        <w:tc>
          <w:tcPr>
            <w:tcW w:type="dxa" w:w="14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72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60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10</w:t>
            </w:r>
          </w:p>
        </w:tc>
        <w:tc>
          <w:tcPr>
            <w:tcW w:type="dxa" w:w="14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72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2-томон маълумоти / По данным стороны 2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08"/>
        <w:gridCol w:w="1418"/>
        <w:gridCol w:w="1140"/>
        <w:gridCol w:w="2724"/>
        <w:gridCol w:w="1418"/>
        <w:gridCol w:w="1418"/>
        <w:gridCol w:w="1422"/>
      </w:tblGrid>
      <w:tr>
        <w:trPr>
          <w:tblHeader w:val="true"/>
        </w:trPr>
        <w:tc>
          <w:tcPr>
            <w:tcW w:type="dxa" w:w="608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№</w:t>
            </w:r>
          </w:p>
        </w:tc>
        <w:tc>
          <w:tcPr>
            <w:tcW w:type="dxa" w:w="1418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Сана / Дата</w:t>
            </w:r>
          </w:p>
        </w:tc>
        <w:tc>
          <w:tcPr>
            <w:tcW w:type="dxa" w:w="114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Ҳужжат / Документ</w:t>
            </w:r>
          </w:p>
        </w:tc>
        <w:tc>
          <w:tcPr>
            <w:tcW w:type="dxa" w:w="272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Операция / Операция</w:t>
            </w:r>
          </w:p>
        </w:tc>
        <w:tc>
          <w:tcPr>
            <w:tcW w:type="dxa" w:w="1418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Дебет</w:t>
            </w:r>
          </w:p>
        </w:tc>
        <w:tc>
          <w:tcPr>
            <w:tcW w:type="dxa" w:w="1418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Кредит</w:t>
            </w:r>
          </w:p>
        </w:tc>
        <w:tc>
          <w:tcPr>
            <w:tcW w:type="dxa" w:w="142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Қолдиқ / Сальдо</w:t>
            </w:r>
          </w:p>
        </w:tc>
      </w:tr>
      <w:tr>
        <w:trPr>
          <w:cantSplit/>
        </w:trPr>
        <w:tc>
          <w:tcPr>
            <w:tcW w:type="dxa" w:w="60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1</w:t>
            </w:r>
          </w:p>
        </w:tc>
        <w:tc>
          <w:tcPr>
            <w:tcW w:type="dxa" w:w="14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72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60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2</w:t>
            </w:r>
          </w:p>
        </w:tc>
        <w:tc>
          <w:tcPr>
            <w:tcW w:type="dxa" w:w="14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72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60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3</w:t>
            </w:r>
          </w:p>
        </w:tc>
        <w:tc>
          <w:tcPr>
            <w:tcW w:type="dxa" w:w="14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72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60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4</w:t>
            </w:r>
          </w:p>
        </w:tc>
        <w:tc>
          <w:tcPr>
            <w:tcW w:type="dxa" w:w="14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72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60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5</w:t>
            </w:r>
          </w:p>
        </w:tc>
        <w:tc>
          <w:tcPr>
            <w:tcW w:type="dxa" w:w="14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72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60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6</w:t>
            </w:r>
          </w:p>
        </w:tc>
        <w:tc>
          <w:tcPr>
            <w:tcW w:type="dxa" w:w="14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72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60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7</w:t>
            </w:r>
          </w:p>
        </w:tc>
        <w:tc>
          <w:tcPr>
            <w:tcW w:type="dxa" w:w="14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72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60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8</w:t>
            </w:r>
          </w:p>
        </w:tc>
        <w:tc>
          <w:tcPr>
            <w:tcW w:type="dxa" w:w="14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72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60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9</w:t>
            </w:r>
          </w:p>
        </w:tc>
        <w:tc>
          <w:tcPr>
            <w:tcW w:type="dxa" w:w="14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72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60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10</w:t>
            </w:r>
          </w:p>
        </w:tc>
        <w:tc>
          <w:tcPr>
            <w:tcW w:type="dxa" w:w="14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72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Солиштириш натижаси / Результат сверки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262"/>
        <w:gridCol w:w="5886"/>
      </w:tblGrid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Давр бошига келишилган қолдиқ / Согласованное начальное сальдо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Айланмалар / Обороты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Давр охирига келишилган қолдиқ / Согласованное конечное сальдо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Тафовут ва сабаб / Расхождение и причина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Тафовутни бартараф этиш ҳужжати/муддати / Документ/срок устранения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0146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145"/>
        <w:gridCol w:w="2029"/>
        <w:gridCol w:w="2942"/>
        <w:gridCol w:w="2030"/>
      </w:tblGrid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1-томон раҳбари/бухгалтери / Сторона 1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2-томон раҳбари/бухгалтери / Сторона 2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5074"/>
      <w:gridCol w:w="5074"/>
    </w:tblGrid>
    <w:tr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096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Контрагент билан солиштирма далолатнома / Акт сверки с контрагентом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