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ДЕБИТОРЛИК ҚАРЗИ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ДЕБИТОРСКОЙ ЗАДОЛЖЕННОСТИ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санаси / Отчётная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Валюта / Валюта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Масъул бўлинма / Ответственное подразделение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Дебиторлик қарзи / Дебиторская задолженность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67"/>
        <w:gridCol w:w="1664"/>
        <w:gridCol w:w="1825"/>
        <w:gridCol w:w="1323"/>
        <w:gridCol w:w="1449"/>
        <w:gridCol w:w="1323"/>
        <w:gridCol w:w="1063"/>
        <w:gridCol w:w="1063"/>
        <w:gridCol w:w="1063"/>
        <w:gridCol w:w="1063"/>
        <w:gridCol w:w="1610"/>
        <w:gridCol w:w="1067"/>
      </w:tblGrid>
      <w:tr>
        <w:trPr>
          <w:tblHeader w:val="true"/>
        </w:trPr>
        <w:tc>
          <w:tcPr>
            <w:tcW w:type="dxa" w:w="5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66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Дебитор ва СТИР / Дебитор и ИНН</w:t>
            </w:r>
          </w:p>
        </w:tc>
        <w:tc>
          <w:tcPr>
            <w:tcW w:type="dxa" w:w="18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Шартнома/ҳужжат / Договор/документ</w:t>
            </w:r>
          </w:p>
        </w:tc>
        <w:tc>
          <w:tcPr>
            <w:tcW w:type="dxa" w:w="13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Вужудга келган сана / Дата возникновения</w:t>
            </w:r>
          </w:p>
        </w:tc>
        <w:tc>
          <w:tcPr>
            <w:tcW w:type="dxa" w:w="144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Тўлов муддати / Срок оплаты</w:t>
            </w:r>
          </w:p>
        </w:tc>
        <w:tc>
          <w:tcPr>
            <w:tcW w:type="dxa" w:w="13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Сумма</w:t>
            </w:r>
          </w:p>
        </w:tc>
        <w:tc>
          <w:tcPr>
            <w:tcW w:type="dxa" w:w="10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0-30</w:t>
            </w:r>
          </w:p>
        </w:tc>
        <w:tc>
          <w:tcPr>
            <w:tcW w:type="dxa" w:w="10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31-60</w:t>
            </w:r>
          </w:p>
        </w:tc>
        <w:tc>
          <w:tcPr>
            <w:tcW w:type="dxa" w:w="10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61-90</w:t>
            </w:r>
          </w:p>
        </w:tc>
        <w:tc>
          <w:tcPr>
            <w:tcW w:type="dxa" w:w="10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&gt;90</w:t>
            </w:r>
          </w:p>
        </w:tc>
        <w:tc>
          <w:tcPr>
            <w:tcW w:type="dxa" w:w="16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Таъминот/кафолат / Обеспечение</w:t>
            </w:r>
          </w:p>
        </w:tc>
        <w:tc>
          <w:tcPr>
            <w:tcW w:type="dxa" w:w="10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Чора/масъул / Мера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13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14</w:t>
            </w:r>
          </w:p>
        </w:tc>
        <w:tc>
          <w:tcPr>
            <w:tcW w:type="dxa" w:w="166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8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4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0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 дебиторлик / Всего дебиторская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Муддати ўтган / Просроченная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Шубҳали/захира / Сомнительная/резерв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Ундириш режаси / План взыскания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Юрист/менежер / Юрист/менеджер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097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Дебиторлик қарзи реестри / Реестр дебиторской задолженности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