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КРЕДИТОРЛИК ҚАРЗИ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КРЕДИТОРСКОЙ ЗАДОЛЖЕННОСТИ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санаси / Отчётная дата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Валюта / Валюта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режаси даври / Период плана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Кредиторлик қарзи / Кредиторская задолженность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9"/>
        <w:gridCol w:w="1469"/>
        <w:gridCol w:w="2027"/>
        <w:gridCol w:w="1469"/>
        <w:gridCol w:w="1192"/>
        <w:gridCol w:w="1469"/>
        <w:gridCol w:w="1550"/>
        <w:gridCol w:w="1311"/>
        <w:gridCol w:w="1180"/>
        <w:gridCol w:w="1469"/>
        <w:gridCol w:w="1315"/>
      </w:tblGrid>
      <w:tr>
        <w:trPr>
          <w:tblHeader w:val="true"/>
        </w:trPr>
        <w:tc>
          <w:tcPr>
            <w:tcW w:type="dxa" w:w="62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4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Кредитор ва СТИР / Кредитор и ИНН</w:t>
            </w:r>
          </w:p>
        </w:tc>
        <w:tc>
          <w:tcPr>
            <w:tcW w:type="dxa" w:w="202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Шартнома/ҳужжат / Договор/документ</w:t>
            </w:r>
          </w:p>
        </w:tc>
        <w:tc>
          <w:tcPr>
            <w:tcW w:type="dxa" w:w="14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Вужудга келган сана / Дата</w:t>
            </w:r>
          </w:p>
        </w:tc>
        <w:tc>
          <w:tcPr>
            <w:tcW w:type="dxa" w:w="119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Тўлов муддати / Срок</w:t>
            </w:r>
          </w:p>
        </w:tc>
        <w:tc>
          <w:tcPr>
            <w:tcW w:type="dxa" w:w="14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Сумма</w:t>
            </w:r>
          </w:p>
        </w:tc>
        <w:tc>
          <w:tcPr>
            <w:tcW w:type="dxa" w:w="15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Муддати ўтган / Просрочено</w:t>
            </w:r>
          </w:p>
        </w:tc>
        <w:tc>
          <w:tcPr>
            <w:tcW w:type="dxa" w:w="13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Устуворлик / Приоритет</w:t>
            </w:r>
          </w:p>
        </w:tc>
        <w:tc>
          <w:tcPr>
            <w:tcW w:type="dxa" w:w="11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Низо/тафовут / Спор</w:t>
            </w:r>
          </w:p>
        </w:tc>
        <w:tc>
          <w:tcPr>
            <w:tcW w:type="dxa" w:w="14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Режа сана / План</w:t>
            </w:r>
          </w:p>
        </w:tc>
        <w:tc>
          <w:tcPr>
            <w:tcW w:type="dxa" w:w="13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Масъул / Ответственный</w:t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13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14</w:t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кредиторлик / Всего кредиторская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Муддати ўтган / Просроченная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Яқин 7/30 кунда тўлов / К оплате 7/30 дней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Пул оқими билан таъминланган / Обеспечено денежным потоком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Тузди / Составил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Ғазначи/молиячи / Казначей/финансист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Кредиторлик қарзи реестри / Реестр кредиторской задолженности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