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ҚАРЗНИ СЎНДИРИШ ЖАДВАЛИ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ГРАФИК ПОГАШЕНИЯ ЗАДОЛЖЕННОСТИ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Қарздор/кредитор / Должник/кредитор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Шартнома/келишув / Договор/соглашение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Қарз суммаси ва валюта / Сумма и валюта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График амал қилиш даври / Период графика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Қарзни сўндириш графиги / График погашения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49"/>
        <w:gridCol w:w="1749"/>
        <w:gridCol w:w="1916"/>
        <w:gridCol w:w="2626"/>
        <w:gridCol w:w="1405"/>
        <w:gridCol w:w="1703"/>
        <w:gridCol w:w="1774"/>
        <w:gridCol w:w="1749"/>
        <w:gridCol w:w="1409"/>
      </w:tblGrid>
      <w:tr>
        <w:trPr>
          <w:tblHeader w:val="true"/>
        </w:trPr>
        <w:tc>
          <w:tcPr>
            <w:tcW w:type="dxa" w:w="7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7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 санаси / Дата платежа</w:t>
            </w:r>
          </w:p>
        </w:tc>
        <w:tc>
          <w:tcPr>
            <w:tcW w:type="dxa" w:w="19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Асосий қарз / Основной долг</w:t>
            </w:r>
          </w:p>
        </w:tc>
        <w:tc>
          <w:tcPr>
            <w:tcW w:type="dxa" w:w="26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Фоиз/пеня (агар бўлса) / Процент/пеня</w:t>
            </w:r>
          </w:p>
        </w:tc>
        <w:tc>
          <w:tcPr>
            <w:tcW w:type="dxa" w:w="140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тўлов / Всего</w:t>
            </w:r>
          </w:p>
        </w:tc>
        <w:tc>
          <w:tcPr>
            <w:tcW w:type="dxa" w:w="170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 манбаси / Источник</w:t>
            </w:r>
          </w:p>
        </w:tc>
        <w:tc>
          <w:tcPr>
            <w:tcW w:type="dxa" w:w="17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Амалда тўланди / Оплачено</w:t>
            </w:r>
          </w:p>
        </w:tc>
        <w:tc>
          <w:tcPr>
            <w:tcW w:type="dxa" w:w="17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Қолдиқ / Остаток</w:t>
            </w:r>
          </w:p>
        </w:tc>
        <w:tc>
          <w:tcPr>
            <w:tcW w:type="dxa" w:w="14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 / Статус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Шартлар / Условия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Муддатидан олдин тўлаш / Досрочное погашение: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Кечикиш оқибати ва хабардор қилиш / Последствия просрочки и уведомление: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Графикни ўзгартириш тартиби / Порядок изменения: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Қарздор / Должник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Кредитор / Кредитор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Молия/бухгалтерия / Финансы/бухгалтерия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Қарзни сўндириш жадвали / График погашения задолженности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