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ҚАРЗНИ ТЎЛАШ ТЎҒРИСИДА ТАЛАБНОМА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ПРЕТЕНЗИЯ ОБ ОПЛАТЕ ЗАДОЛЖЕННОСТИ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қилувчи: номи, СТИР, манзил / Адресат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Жўнатувчи: номи, СТИР, манзил / Отправитель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ва мажбурият / Договор и обязательство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Талабнома юбориш усули / Способ направления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Пеня ва жаримани фақат шартнома ёки қонунчиликда аниқ асос бўлганда кўрсатинг / Указывайте пеню и штраф только при наличии точного договорного или законного основания.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Қарз ҳисоб-китоби / Расчёт задолженности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Асосий қарз / Основной долг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муддати / Срок оплаты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Қисман тўловлар / Частичные платежи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Пеня/жарима (фақат шартнома/қонун асосида) / Пеня/штраф только при наличии основания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Талаб қилинаётган жами сумма / Общая сумма требования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Талаб мазмуни / Содержание требования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Мажбурият ва бузилиш ҳолати / Обязательство и нарушение: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Қарзни тўлаш учун муддат ва реквизитлар / Срок и реквизиты оплаты: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Эътироз/солиштириш учун алоқа / Контакт для возражений/сверки: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Тўланмаса кейинги қонуний чора / Последующие законные меры: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Иловалар / Приложения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432"/>
        <w:gridCol w:w="2686"/>
        <w:gridCol w:w="3342"/>
        <w:gridCol w:w="2688"/>
      </w:tblGrid>
      <w:tr>
        <w:trPr>
          <w:tblHeader w:val="true"/>
        </w:trPr>
        <w:tc>
          <w:tcPr>
            <w:tcW w:type="dxa" w:w="14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6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Ҳужжат / Документ</w:t>
            </w:r>
          </w:p>
        </w:tc>
        <w:tc>
          <w:tcPr>
            <w:tcW w:type="dxa" w:w="334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Рақам ва сана / Номер и дата</w:t>
            </w:r>
          </w:p>
        </w:tc>
        <w:tc>
          <w:tcPr>
            <w:tcW w:type="dxa" w:w="26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Варақ / Листов</w:t>
            </w:r>
          </w:p>
        </w:tc>
      </w:tr>
      <w:tr>
        <w:trPr>
          <w:cantSplit/>
        </w:trPr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4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6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33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Раҳбар/ваколатли шахс / Руководитель/уполномоченное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Юрист/бухгалтер / Юрист/бухгалтер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Қарзни тўлаш тўғрисида талабнома / Претензия об оплате задолженности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