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ВОСИТАНИ ҚАБУЛ ҚИЛИШ-ТОПШИРИШ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ПРИЁМА-ПЕРЕДАЧИ ОСНОВНОГО СРЕДСТВА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Топширувчи ташкилот/бўлинма / Передающая организация/подразделение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Топшириш асоси / Основание передачи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жойлашуви / Местонахождение объекта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Асосий восита маълумотлари / Данные основного средства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307"/>
        <w:gridCol w:w="3123"/>
        <w:gridCol w:w="1307"/>
        <w:gridCol w:w="2245"/>
        <w:gridCol w:w="2509"/>
        <w:gridCol w:w="1651"/>
        <w:gridCol w:w="1627"/>
        <w:gridCol w:w="1311"/>
      </w:tblGrid>
      <w:tr>
        <w:trPr>
          <w:tblHeader w:val="true"/>
        </w:trPr>
        <w:tc>
          <w:tcPr>
            <w:tcW w:type="dxa" w:w="13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Инвентар №</w:t>
            </w:r>
          </w:p>
        </w:tc>
        <w:tc>
          <w:tcPr>
            <w:tcW w:type="dxa" w:w="31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 ва модели / Наименование и модель</w:t>
            </w:r>
          </w:p>
        </w:tc>
        <w:tc>
          <w:tcPr>
            <w:tcW w:type="dxa" w:w="13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Завод/серия №</w:t>
            </w:r>
          </w:p>
        </w:tc>
        <w:tc>
          <w:tcPr>
            <w:tcW w:type="dxa" w:w="22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Ишлаб чиқарилган йил / Год выпуска</w:t>
            </w:r>
          </w:p>
        </w:tc>
        <w:tc>
          <w:tcPr>
            <w:tcW w:type="dxa" w:w="250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Бошланғич қиймат / Первонач. стоимость</w:t>
            </w:r>
          </w:p>
        </w:tc>
        <w:tc>
          <w:tcPr>
            <w:tcW w:type="dxa" w:w="16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Амортизация / Амортизация</w:t>
            </w:r>
          </w:p>
        </w:tc>
        <w:tc>
          <w:tcPr>
            <w:tcW w:type="dxa" w:w="16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Қолдиқ қиймат / Остаточная стоимость</w:t>
            </w:r>
          </w:p>
        </w:tc>
        <w:tc>
          <w:tcPr>
            <w:tcW w:type="dxa" w:w="13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Ҳолати / Состояние</w:t>
            </w:r>
          </w:p>
        </w:tc>
      </w:tr>
      <w:tr>
        <w:trPr>
          <w:cantSplit/>
        </w:trPr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50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Комплект ва ҳужжатлар / Комплект и документы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304"/>
        <w:gridCol w:w="5841"/>
        <w:gridCol w:w="3043"/>
        <w:gridCol w:w="2445"/>
        <w:gridCol w:w="2447"/>
      </w:tblGrid>
      <w:tr>
        <w:trPr>
          <w:tblHeader w:val="true"/>
        </w:trPr>
        <w:tc>
          <w:tcPr>
            <w:tcW w:type="dxa" w:w="13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58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304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Сони / Кол-во</w:t>
            </w:r>
          </w:p>
        </w:tc>
        <w:tc>
          <w:tcPr>
            <w:tcW w:type="dxa" w:w="244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Ҳолати / Состояние</w:t>
            </w:r>
          </w:p>
        </w:tc>
        <w:tc>
          <w:tcPr>
            <w:tcW w:type="dxa" w:w="24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58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58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58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58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58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04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хулосаси / Заключение сторон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Объект кўрикдан ўтказилди / Объект осмотрен: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Камчиликлар ва мажбуриятлар / Недостатки и обязательства: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Топширди / Передал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воситани қабул қилиш-топшириш далолатномаси / Акт приёма-передачи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