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ВОСИТАНИ ФОЙДАЛАНИШГА ТОПШИРИШ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ВВОДА ОСНОВНОГО СРЕДСТВА В ЭКСПЛУАТАЦИЮ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номи ва инвентар № / Объект и инвентарный №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Харид/қурилиш ҳужжати / Документ приобретения/строительства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Жойлашув ва масъул шахс / Место и ответственное лицо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Комиссия буйруғи / Приказ о комиссии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/ Комиссия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099"/>
        <w:gridCol w:w="2061"/>
        <w:gridCol w:w="4925"/>
        <w:gridCol w:w="2063"/>
      </w:tblGrid>
      <w:tr>
        <w:trPr>
          <w:tblHeader w:val="true"/>
        </w:trPr>
        <w:tc>
          <w:tcPr>
            <w:tcW w:type="dxa" w:w="109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06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9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Роли / Роль</w:t>
            </w:r>
          </w:p>
        </w:tc>
      </w:tr>
      <w:tr>
        <w:trPr>
          <w:cantSplit/>
        </w:trPr>
        <w:tc>
          <w:tcPr>
            <w:tcW w:type="dxa" w:w="10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0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0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0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09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06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 параметрлари / Параметры учёта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Фойдаланишга киритиш санаси / Дата ввода в эксплуатацию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қиймат ва таркиби / Первоначальная стоимость и состав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Фойдали хизмат муддати / Срок полезного использования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Амортизация усули ва ставкаси / Метод и норма амортизации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 счёти/харажат маркази / Счёт учёта/центр затрат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Комиссия хулосаси / Заключение комиссии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Техник ҳолати ва ишга тайёрлиги / Техническое состояние и готовность: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Хавфсизлик ва ҳужжатлар / Безопасность и документация: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Фойдаланишга киритиш қарори / Решение о вводе: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аъзолари / Члены комиссии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028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воситани фойдаланишга топшириш далолатномаси / Акт ввода основного средства в эксплуатацию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