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АСОСИЙ ВОСИТА ИНВЕНТАРЬ КАРТОЧКАСИ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ИНВЕНТАРНАЯ КАРТОЧКА ОСНОВНОГО СРЕДСТВА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Инвентар № / Инвентарный №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Номи, модели ва серия № / Наименование, модель и серийный №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Ишлаб чиқарувчи ва йил / Производитель и год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Жойлашув/масъул шахс / Место/ответственное лицо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ҳужжати ва сана / Документ поступления и дата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Ҳисоб маълумотлари / Учётные данные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Бошланғич қиймат / Первоначальная стоимость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Қайта баҳолаш / Переоценка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Амортизация усули, ставкаси ва муддати / Метод, норма и срок амортизации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Тугатиш қиймати / Ликвидационная стоимость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 ва харажат счётлари / Счета учёта и затрат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Ҳаракат ва ўзгаришлар / Движение и изменения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04"/>
        <w:gridCol w:w="1644"/>
        <w:gridCol w:w="1321"/>
        <w:gridCol w:w="3157"/>
        <w:gridCol w:w="2469"/>
        <w:gridCol w:w="2469"/>
        <w:gridCol w:w="1668"/>
        <w:gridCol w:w="1648"/>
      </w:tblGrid>
      <w:tr>
        <w:trPr>
          <w:tblHeader w:val="true"/>
        </w:trPr>
        <w:tc>
          <w:tcPr>
            <w:tcW w:type="dxa" w:w="70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164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Сана / Дата</w:t>
            </w:r>
          </w:p>
        </w:tc>
        <w:tc>
          <w:tcPr>
            <w:tcW w:type="dxa" w:w="132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Ҳужжат / Документ</w:t>
            </w:r>
          </w:p>
        </w:tc>
        <w:tc>
          <w:tcPr>
            <w:tcW w:type="dxa" w:w="315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Операция / Операция</w:t>
            </w:r>
          </w:p>
        </w:tc>
        <w:tc>
          <w:tcPr>
            <w:tcW w:type="dxa" w:w="246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Жойлашув/масъул / Место/ответственный</w:t>
            </w:r>
          </w:p>
        </w:tc>
        <w:tc>
          <w:tcPr>
            <w:tcW w:type="dxa" w:w="246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Қиймат ўзгариши / Изменение стоимости</w:t>
            </w:r>
          </w:p>
        </w:tc>
        <w:tc>
          <w:tcPr>
            <w:tcW w:type="dxa" w:w="166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Амортизация / Амортизация</w:t>
            </w:r>
          </w:p>
        </w:tc>
        <w:tc>
          <w:tcPr>
            <w:tcW w:type="dxa" w:w="164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Қолдиқ қиймат / Остаточная стоимость</w:t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9</w:t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10</w:t>
            </w:r>
          </w:p>
        </w:tc>
        <w:tc>
          <w:tcPr>
            <w:tcW w:type="dxa" w:w="16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32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31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6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Масъул шахс / Ответственное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Текширди / Проверил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029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Асосий восита инвентарь карточкаси / Инвентарная карточка основного средства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