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АСОСИЙ ВОСИТАНИ ИЧКИ КЎЧИРИШ ДАЛОЛАТНОМАСИ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АКТ ВНУТРЕННЕГО ПЕРЕМЕЩЕНИЯ ОСНОВНОГО СРЕДСТВА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Объект ва инвентар № / Объект и инвентарный №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Қайси бўлинмадан/жойдан / Откуда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Қайси бўлинмага/жойга / Куда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Кўчириш сабаби ва буйруқ / Причина и приказ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Объект ҳолати / Состояние объекта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262"/>
        <w:gridCol w:w="5886"/>
      </w:tblGrid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Бошланғич ва қолдиқ қиймат / Первоначальная и остаточная стоимость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Комплектлиги / Комплектность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Техник ҳолати / Техническое состояние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Янги моддий жавобгар шахс / Новое ответственное лицо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Комплект қисмлари / Комплектующие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877"/>
        <w:gridCol w:w="3932"/>
        <w:gridCol w:w="1645"/>
        <w:gridCol w:w="2047"/>
        <w:gridCol w:w="1647"/>
      </w:tblGrid>
      <w:tr>
        <w:trPr>
          <w:tblHeader w:val="true"/>
        </w:trPr>
        <w:tc>
          <w:tcPr>
            <w:tcW w:type="dxa" w:w="87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393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Номи / Наименование</w:t>
            </w:r>
          </w:p>
        </w:tc>
        <w:tc>
          <w:tcPr>
            <w:tcW w:type="dxa" w:w="164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Инвентар/серия №</w:t>
            </w:r>
          </w:p>
        </w:tc>
        <w:tc>
          <w:tcPr>
            <w:tcW w:type="dxa" w:w="204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Сони / Кол-во</w:t>
            </w:r>
          </w:p>
        </w:tc>
        <w:tc>
          <w:tcPr>
            <w:tcW w:type="dxa" w:w="164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Ҳолати / Состояние</w:t>
            </w:r>
          </w:p>
        </w:tc>
      </w:tr>
      <w:tr>
        <w:trPr>
          <w:cantSplit/>
        </w:trPr>
        <w:tc>
          <w:tcPr>
            <w:tcW w:type="dxa" w:w="87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39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7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39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7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39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7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39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7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39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Топширди / Передал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Қабул қилди / Принял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Бўлинма раҳбарлари / Руководители подразделений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Бухгалтер / Бухгалтер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030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Асосий воситани ички кўчириш далолатномаси / Акт внутреннего перемещения основного средства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