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ВОСИТАНИ ТАЪМИРЛАШ (МОДЕРНИЗАЦИЯ)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РЕМОНТА (МОДЕРНИЗАЦИИ) ОСНОВНОГО СРЕДСТВА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инвентар № / Объект и инвентарный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Ижрочи/пудратчи / Исполнитель/подрядчик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Шартнома/наряд / Договор/наряд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 даври / Период работ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Бажарилган ишлар / Выполненные работы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7"/>
        <w:gridCol w:w="3074"/>
        <w:gridCol w:w="1382"/>
        <w:gridCol w:w="1382"/>
        <w:gridCol w:w="3304"/>
        <w:gridCol w:w="2095"/>
        <w:gridCol w:w="1721"/>
        <w:gridCol w:w="1385"/>
      </w:tblGrid>
      <w:tr>
        <w:trPr>
          <w:tblHeader w:val="true"/>
        </w:trPr>
        <w:tc>
          <w:tcPr>
            <w:tcW w:type="dxa" w:w="7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0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Иш/алмаштирилган қисм / Работа/заменённая часть</w:t>
            </w:r>
          </w:p>
        </w:tc>
        <w:tc>
          <w:tcPr>
            <w:tcW w:type="dxa" w:w="138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38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Ҳажм / Объём</w:t>
            </w:r>
          </w:p>
        </w:tc>
        <w:tc>
          <w:tcPr>
            <w:tcW w:type="dxa" w:w="33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Материал / Материал</w:t>
            </w:r>
          </w:p>
        </w:tc>
        <w:tc>
          <w:tcPr>
            <w:tcW w:type="dxa" w:w="20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Иш ҳақи/хизмат / Работа/услуга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13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Натижа / Результат</w:t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0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 ва техник натижа / Учётный и технический результат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харажат / Общие затраты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Капиталлаштириладиган сумма / Капитализируемая сумма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Жорий харажатга олинадиган сумма / Сумма текущих расходов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Фойдали муддат/қувват ўзгариши / Изменение срока/мощности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Ишга қайтариш санаси / Дата возврата в эксплуатацию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Ижрочи / Исполнитель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комиссияси / Приёмочная комиссия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воситани таъмирлаш (модернизация) далолатномаси / Акт ремонта (модернизации) основного средства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