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ВОСИТАНИ ҲИСОБДАН ЧИҚАРИШ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СПИСАНИЯ ОСНОВНОГО СРЕДСТВА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инвентар № / Объект и инвентарный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буйруғи / Приказ о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Жойлашув/масъул шахс / Место/ответственное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Ҳисобдан чиқариш сабаби / Причина списания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/ Комиссия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99"/>
        <w:gridCol w:w="2061"/>
        <w:gridCol w:w="4925"/>
        <w:gridCol w:w="2063"/>
      </w:tblGrid>
      <w:tr>
        <w:trPr>
          <w:tblHeader w:val="true"/>
        </w:trPr>
        <w:tc>
          <w:tcPr>
            <w:tcW w:type="dxa" w:w="10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0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9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Роли / Роль</w:t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Қиймат ва ҳолат / Стоимость и состояние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Бошланғич/қайта баҳоланган қиймат / Первоначальная/переоценённая стоимость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Жамланган амортизация / Накопленная амортизация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Қолдиқ қиймат / Остаточная стоимость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Техник ҳолат ва таъмир имкони / Состояние и возможность ремонта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Фойдаланиш муддати / Фактический срок использования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Демонтаждан олинган ТМЗ / ТМЦ от демонтажа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4"/>
        <w:gridCol w:w="2797"/>
        <w:gridCol w:w="1171"/>
        <w:gridCol w:w="1457"/>
        <w:gridCol w:w="1457"/>
        <w:gridCol w:w="1457"/>
        <w:gridCol w:w="1185"/>
      </w:tblGrid>
      <w:tr>
        <w:trPr>
          <w:tblHeader w:val="true"/>
        </w:trPr>
        <w:tc>
          <w:tcPr>
            <w:tcW w:type="dxa" w:w="62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79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Номи / Наименование</w:t>
            </w:r>
          </w:p>
        </w:tc>
        <w:tc>
          <w:tcPr>
            <w:tcW w:type="dxa" w:w="11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14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4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Баҳолаш нархи / Цена оценки</w:t>
            </w:r>
          </w:p>
        </w:tc>
        <w:tc>
          <w:tcPr>
            <w:tcW w:type="dxa" w:w="14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  <w:tc>
          <w:tcPr>
            <w:tcW w:type="dxa" w:w="11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Қабул омбори / Склад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7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7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7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7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7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қарори / Решение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Ҳисобдан чиқариш асосланиши / Обоснование списания: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Утилизация/сотиш/қайта ишлатиш / Утилизация/продажа/повторное использование: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воситани ҳисобдан чиқариш далолатномаси / Акт списания основного средства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