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АСОСИЙ ВОСИТА ДЕФЕКТ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ДЕФЕКТНЫЙ АКТ ОСНОВНОГО СРЕДСТВА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ва инвентар № / Объект и инвентарный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Кўрик санаси ва жойи / Дата и место осмотра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Комиссия/мутахассис / Комиссия/специалист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Носозлик аниқланган ҳолат / Обстоятельства выявления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Нуқсонлар / Дефекты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00"/>
        <w:gridCol w:w="1125"/>
        <w:gridCol w:w="2690"/>
        <w:gridCol w:w="1990"/>
        <w:gridCol w:w="1137"/>
        <w:gridCol w:w="1478"/>
        <w:gridCol w:w="1128"/>
      </w:tblGrid>
      <w:tr>
        <w:trPr>
          <w:tblHeader w:val="true"/>
        </w:trPr>
        <w:tc>
          <w:tcPr>
            <w:tcW w:type="dxa" w:w="6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1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Қисм/узел / Узел</w:t>
            </w:r>
          </w:p>
        </w:tc>
        <w:tc>
          <w:tcPr>
            <w:tcW w:type="dxa" w:w="26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Нуқсон тавсифи / Описание дефекта</w:t>
            </w:r>
          </w:p>
        </w:tc>
        <w:tc>
          <w:tcPr>
            <w:tcW w:type="dxa" w:w="19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Эҳтимолий сабаб / Возможная причина</w:t>
            </w:r>
          </w:p>
        </w:tc>
        <w:tc>
          <w:tcPr>
            <w:tcW w:type="dxa" w:w="11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Хавф даражаси / Риск</w:t>
            </w:r>
          </w:p>
        </w:tc>
        <w:tc>
          <w:tcPr>
            <w:tcW w:type="dxa" w:w="147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Тавсия этилган чора / Мера</w:t>
            </w:r>
          </w:p>
        </w:tc>
        <w:tc>
          <w:tcPr>
            <w:tcW w:type="dxa" w:w="112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Муддат / Срок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1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1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1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1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1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1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11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6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7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Тахминий ресурслар / Оценка ресурсов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06"/>
        <w:gridCol w:w="3167"/>
        <w:gridCol w:w="1325"/>
        <w:gridCol w:w="1649"/>
        <w:gridCol w:w="1649"/>
        <w:gridCol w:w="1652"/>
      </w:tblGrid>
      <w:tr>
        <w:trPr>
          <w:tblHeader w:val="true"/>
        </w:trPr>
        <w:tc>
          <w:tcPr>
            <w:tcW w:type="dxa" w:w="70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31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Материал/иш / Материал/работа</w:t>
            </w:r>
          </w:p>
        </w:tc>
        <w:tc>
          <w:tcPr>
            <w:tcW w:type="dxa" w:w="13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Ўлчов / Ед.</w:t>
            </w:r>
          </w:p>
        </w:tc>
        <w:tc>
          <w:tcPr>
            <w:tcW w:type="dxa" w:w="164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Миқдор / Кол-во</w:t>
            </w:r>
          </w:p>
        </w:tc>
        <w:tc>
          <w:tcPr>
            <w:tcW w:type="dxa" w:w="164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Тахминий нарх / Цена</w:t>
            </w:r>
          </w:p>
        </w:tc>
        <w:tc>
          <w:tcPr>
            <w:tcW w:type="dxa" w:w="165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Сумма</w:t>
            </w:r>
          </w:p>
        </w:tc>
      </w:tr>
      <w:tr>
        <w:trPr>
          <w:cantSplit/>
        </w:trPr>
        <w:tc>
          <w:tcPr>
            <w:tcW w:type="dxa" w:w="7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31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31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31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31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31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65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Хулоса / Заключение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Таъмирлаш, модернизация ёки ҳисобдан чиқариш / Ремонт, модернизация или списание: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Объектдан фойдаланишни чеклаш / Ограничение эксплуатации: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Мутахассис / Специалист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Масъул шахс / Ответственное лицо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033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Асосий восита дефект далолатномаси / Дефектный акт основного средства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