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ВОСИТАЛАР АМОРТИЗАЦИЯСИНИ ҲИСОБЛАШ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ВЕДОМОСТЬ НАЧИСЛЕНИЯ АМОРТИЗАЦИИ ОСНОВНЫХ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ойи / Отчётный месяц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Бўлинма/харажат маркази / Подразделение/центр затрат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сиёсати буйруғи / Приказ об учётной политике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Амортизация ҳисоб-китоби / Расчёт амортизации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53"/>
        <w:gridCol w:w="1225"/>
        <w:gridCol w:w="1225"/>
        <w:gridCol w:w="2352"/>
        <w:gridCol w:w="2290"/>
        <w:gridCol w:w="1547"/>
        <w:gridCol w:w="1225"/>
        <w:gridCol w:w="1733"/>
        <w:gridCol w:w="1300"/>
        <w:gridCol w:w="1530"/>
      </w:tblGrid>
      <w:tr>
        <w:trPr>
          <w:tblHeader w:val="true"/>
        </w:trPr>
        <w:tc>
          <w:tcPr>
            <w:tcW w:type="dxa" w:w="65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2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Инвентар №</w:t>
            </w:r>
          </w:p>
        </w:tc>
        <w:tc>
          <w:tcPr>
            <w:tcW w:type="dxa" w:w="12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Объект / Объект</w:t>
            </w:r>
          </w:p>
        </w:tc>
        <w:tc>
          <w:tcPr>
            <w:tcW w:type="dxa" w:w="235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Бошланғич қиймат / Первонач. стоимость</w:t>
            </w:r>
          </w:p>
        </w:tc>
        <w:tc>
          <w:tcPr>
            <w:tcW w:type="dxa" w:w="22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Тугатиш қиймати / Ликвидац. стоимость</w:t>
            </w:r>
          </w:p>
        </w:tc>
        <w:tc>
          <w:tcPr>
            <w:tcW w:type="dxa" w:w="15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Усул/ставка / Метод/норма</w:t>
            </w:r>
          </w:p>
        </w:tc>
        <w:tc>
          <w:tcPr>
            <w:tcW w:type="dxa" w:w="12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Ойлар / Месяцы</w:t>
            </w:r>
          </w:p>
        </w:tc>
        <w:tc>
          <w:tcPr>
            <w:tcW w:type="dxa" w:w="17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Ойлик амортизация / За месяц</w:t>
            </w:r>
          </w:p>
        </w:tc>
        <w:tc>
          <w:tcPr>
            <w:tcW w:type="dxa" w:w="13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Жамланган / Накоплено</w:t>
            </w:r>
          </w:p>
        </w:tc>
        <w:tc>
          <w:tcPr>
            <w:tcW w:type="dxa" w:w="15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Қолдиқ қиймат / Остаток</w:t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2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Проводка / Проводка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счёти дебети / Дебет счёта затрат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Амортизация счёти кредити / Кредит счёта амортизации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сумма / Общая сумма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воситалар амортизациясини ҳисоблаш қайдномаси / Ведомость начисления амортизации основных средств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