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НМАНИ ҚАБУЛ ҚИЛИШ-ТОПШИРИШ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ПРИЁМА-ПЕРЕДАЧИ НМА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Топширувчи / Передающая сторона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Шартнома/ҳуқуқ берувчи ҳужжат / Договор/правоустанавливающий документ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амал қилиш ҳудуди ва муддати / Территория и срок права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НМА ва ҳуқуқлар / НМА и права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20"/>
        <w:gridCol w:w="3228"/>
        <w:gridCol w:w="1501"/>
        <w:gridCol w:w="1351"/>
        <w:gridCol w:w="1910"/>
        <w:gridCol w:w="1433"/>
        <w:gridCol w:w="1706"/>
        <w:gridCol w:w="3231"/>
      </w:tblGrid>
      <w:tr>
        <w:trPr>
          <w:tblHeader w:val="true"/>
        </w:trPr>
        <w:tc>
          <w:tcPr>
            <w:tcW w:type="dxa" w:w="7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2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 / Наименование</w:t>
            </w:r>
          </w:p>
        </w:tc>
        <w:tc>
          <w:tcPr>
            <w:tcW w:type="dxa" w:w="150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Ҳуқуқ тури / Вид права</w:t>
            </w:r>
          </w:p>
        </w:tc>
        <w:tc>
          <w:tcPr>
            <w:tcW w:type="dxa" w:w="13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Рўйхат/лицензия №</w:t>
            </w:r>
          </w:p>
        </w:tc>
        <w:tc>
          <w:tcPr>
            <w:tcW w:type="dxa" w:w="19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Бошланғич қиймат / Стоимость</w:t>
            </w:r>
          </w:p>
        </w:tc>
        <w:tc>
          <w:tcPr>
            <w:tcW w:type="dxa" w:w="14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Фойдали муддат / Срок</w:t>
            </w:r>
          </w:p>
        </w:tc>
        <w:tc>
          <w:tcPr>
            <w:tcW w:type="dxa" w:w="17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Амортизация усули / Метод</w:t>
            </w:r>
          </w:p>
        </w:tc>
        <w:tc>
          <w:tcPr>
            <w:tcW w:type="dxa" w:w="32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Топширилган файл/ҳужжат / Материалы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қилиш / Приёмка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Фойдаланиш ҳуқуқи ва чекловлар / Права использования и ограничения: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Калитлар, кодлар ва техник ҳужжатлар / Ключи, коды и документация: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Даъволар / Претензии: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Передал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Юрист/мутахассис / Юрист/специалист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НМАни қабул қилиш-топшириш далолатномаси / Акт приёма-передачи НМА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