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НМА ҲИСОБИ КАРТОЧКАСИ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КАРТОЧКА УЧЁТА НМА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 № / Инвентарный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НМА номи ва тури / Наименование и вид НМА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ҳужжати/рўйхат № / Документ права/рег.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Ҳуқуқ эгаси ва фойдаланувчи / Правообладатель и пользователь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Амал қилиш муддати / Срок действия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 параметрлари / Параметры учёта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қиймат / Первоначальная 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Фойдали муддат / Срок полезного использования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Амортизация усули/ставкаси / Метод/норма амортизации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ва харажат счётлари / Счета учёта и затрат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Тугатиш/қолдиқ қиймат / Ликвидационная/остаточная 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Ўзгаришлар / Изменения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62"/>
        <w:gridCol w:w="1780"/>
        <w:gridCol w:w="1430"/>
        <w:gridCol w:w="3417"/>
        <w:gridCol w:w="2672"/>
        <w:gridCol w:w="1806"/>
        <w:gridCol w:w="1780"/>
        <w:gridCol w:w="1433"/>
      </w:tblGrid>
      <w:tr>
        <w:trPr>
          <w:tblHeader w:val="true"/>
        </w:trPr>
        <w:tc>
          <w:tcPr>
            <w:tcW w:type="dxa" w:w="7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7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4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/ Документ</w:t>
            </w:r>
          </w:p>
        </w:tc>
        <w:tc>
          <w:tcPr>
            <w:tcW w:type="dxa" w:w="34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Операция / Операция</w:t>
            </w:r>
          </w:p>
        </w:tc>
        <w:tc>
          <w:tcPr>
            <w:tcW w:type="dxa" w:w="267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Қиймат ўзгариши / Изменение стоимости</w:t>
            </w:r>
          </w:p>
        </w:tc>
        <w:tc>
          <w:tcPr>
            <w:tcW w:type="dxa" w:w="18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Амортизация / Амортизация</w:t>
            </w:r>
          </w:p>
        </w:tc>
        <w:tc>
          <w:tcPr>
            <w:tcW w:type="dxa" w:w="178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Қолдиқ / Остаток</w:t>
            </w:r>
          </w:p>
        </w:tc>
        <w:tc>
          <w:tcPr>
            <w:tcW w:type="dxa" w:w="143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4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67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8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8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3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НМА учун масъул / Ответственный за НМА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036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НМА ҳисоби карточкаси / Карточка учёта НМА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