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НМАНИ ҲИСОБДАН ЧИҚАРИШ ДАЛОЛАТНОМАСИ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АКТ СПИСАНИЯ НМА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НМА номи ва инвентар № / НМА и инвентарный №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Ҳуқуқ ҳужжати / Правоустанавливающий документ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Комиссия буйруғи / Приказ о комиссии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Ҳисобдан чиқариш сабаби / Причина списания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Қиймат ва ҳуқуқ ҳолати / Стоимость и состояние права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262"/>
        <w:gridCol w:w="5886"/>
      </w:tblGrid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Бошланғич қиймат / Первоначальная стоимость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Жамланган амортизация / Накопленная амортизация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Қолдиқ қиймат / Остаточная стоимость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Ҳуқуқ тугаш/бекор қилиш санаси / Дата прекращения права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Даромад ёки харажат / Доход или расход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Комиссия хулосаси / Заключение комиссии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Ҳуқуқдан кейинги фойдаланиш мумкин эмаслиги / Прекращение использования: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Файл, калит ва лицензияларни ёпиш / Закрытие файлов, ключей и лицензий: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Бухгалтерияда акс эттириш / Отражение в учёте: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 раиси / Председатель комиссии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 аъзолари / Члены комиссии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НМА учун масъул / Ответственный за НМА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Тасдиқлади / Утвердил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037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НМАни ҳисобдан чиқариш далолатномаси / Акт списания НМА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