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ТАЪСИСЧИЛАР УМУМИЙ ЙИҒИЛИШИ БАЁННОМАСИ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ПРОТОКОЛ ОБЩЕГО СОБРАНИЯ УЧРЕДИТЕЛЕЙ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Йиғилиш тури / Вид собрания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Сана, вақт ва жой / Дата, время и место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Хабар бериш усули ва санаси / Способ и дата уведомления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Котиб/баённома саноғи / Секретарь/номер протокола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Қатнашчилар ва кворум / Участники и кворум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032"/>
        <w:gridCol w:w="4011"/>
        <w:gridCol w:w="1936"/>
        <w:gridCol w:w="3913"/>
        <w:gridCol w:w="2249"/>
        <w:gridCol w:w="1939"/>
      </w:tblGrid>
      <w:tr>
        <w:trPr>
          <w:tblHeader w:val="true"/>
        </w:trPr>
        <w:tc>
          <w:tcPr>
            <w:tcW w:type="dxa" w:w="10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40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Таъсисчи/вакил / Учредитель/представитель</w:t>
            </w:r>
          </w:p>
        </w:tc>
        <w:tc>
          <w:tcPr>
            <w:tcW w:type="dxa" w:w="193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Улуш %</w:t>
            </w:r>
          </w:p>
        </w:tc>
        <w:tc>
          <w:tcPr>
            <w:tcW w:type="dxa" w:w="391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Ҳужжат/ишончнома / Документ/доверенность</w:t>
            </w:r>
          </w:p>
        </w:tc>
        <w:tc>
          <w:tcPr>
            <w:tcW w:type="dxa" w:w="224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Қатнашди / Присутствует</w:t>
            </w:r>
          </w:p>
        </w:tc>
        <w:tc>
          <w:tcPr>
            <w:tcW w:type="dxa" w:w="193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Имзо / Подпись</w:t>
            </w:r>
          </w:p>
        </w:tc>
      </w:tr>
      <w:tr>
        <w:trPr>
          <w:cantSplit/>
        </w:trPr>
        <w:tc>
          <w:tcPr>
            <w:tcW w:type="dxa" w:w="1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4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9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4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9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4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9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4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9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4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9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4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9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4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9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4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9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Кворум / Кворум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овозлар / Всего голосов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Қатнашган овозлар / Представлено голосов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Кворум мавжуд/мавжуд эмас / Кворум имеется/отсутствует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Кун тартиби ва овоз бериш / Повестка и голосование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70"/>
        <w:gridCol w:w="1445"/>
        <w:gridCol w:w="1533"/>
        <w:gridCol w:w="3453"/>
        <w:gridCol w:w="1445"/>
        <w:gridCol w:w="1445"/>
        <w:gridCol w:w="1533"/>
        <w:gridCol w:w="3456"/>
      </w:tblGrid>
      <w:tr>
        <w:trPr>
          <w:tblHeader w:val="true"/>
        </w:trPr>
        <w:tc>
          <w:tcPr>
            <w:tcW w:type="dxa" w:w="7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44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Масала / Вопрос</w:t>
            </w:r>
          </w:p>
        </w:tc>
        <w:tc>
          <w:tcPr>
            <w:tcW w:type="dxa" w:w="153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Маърузачи / Докладчик</w:t>
            </w:r>
          </w:p>
        </w:tc>
        <w:tc>
          <w:tcPr>
            <w:tcW w:type="dxa" w:w="345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Қарор лойиҳаси / Проект решения</w:t>
            </w:r>
          </w:p>
        </w:tc>
        <w:tc>
          <w:tcPr>
            <w:tcW w:type="dxa" w:w="144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Тарафдор / За</w:t>
            </w:r>
          </w:p>
        </w:tc>
        <w:tc>
          <w:tcPr>
            <w:tcW w:type="dxa" w:w="144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Қарши / Против</w:t>
            </w:r>
          </w:p>
        </w:tc>
        <w:tc>
          <w:tcPr>
            <w:tcW w:type="dxa" w:w="153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Бетараф / Воздержался</w:t>
            </w:r>
          </w:p>
        </w:tc>
        <w:tc>
          <w:tcPr>
            <w:tcW w:type="dxa" w:w="345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Қарор / Решение</w:t>
            </w:r>
          </w:p>
        </w:tc>
      </w:tr>
      <w:tr>
        <w:trPr>
          <w:cantSplit/>
        </w:trPr>
        <w:tc>
          <w:tcPr>
            <w:tcW w:type="dxa" w:w="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Бажариш назорати / Контроль исполнения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277"/>
        <w:gridCol w:w="5721"/>
        <w:gridCol w:w="2661"/>
        <w:gridCol w:w="2395"/>
        <w:gridCol w:w="3026"/>
      </w:tblGrid>
      <w:tr>
        <w:trPr>
          <w:tblHeader w:val="true"/>
        </w:trPr>
        <w:tc>
          <w:tcPr>
            <w:tcW w:type="dxa" w:w="127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5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Қарор / Решение</w:t>
            </w:r>
          </w:p>
        </w:tc>
        <w:tc>
          <w:tcPr>
            <w:tcW w:type="dxa" w:w="266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Масъул / Ответственный</w:t>
            </w:r>
          </w:p>
        </w:tc>
        <w:tc>
          <w:tcPr>
            <w:tcW w:type="dxa" w:w="23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Муддат / Срок</w:t>
            </w:r>
          </w:p>
        </w:tc>
        <w:tc>
          <w:tcPr>
            <w:tcW w:type="dxa" w:w="30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Ҳужжат/натижа / Результат</w:t>
            </w:r>
          </w:p>
        </w:tc>
      </w:tr>
      <w:tr>
        <w:trPr>
          <w:cantSplit/>
        </w:trPr>
        <w:tc>
          <w:tcPr>
            <w:tcW w:type="dxa" w:w="12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5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2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5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2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5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2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5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2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5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2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5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Йиғилиш раиси / Председатель собрания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Котиб / Секретарь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Саноқ комиссияси (бўлса) / Счётная комиссия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101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Таъсисчилар умумий йиғилиши баённомаси / Протокол общего собрания учредителей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