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ЯГОНА ТАЪСИСЧИНИНГ ҚАРОРИ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РЕШЕНИЕ ЕДИНСТВЕННОГО УЧРЕДИТЕЛЯ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Ягона таъсисчи: Ф.И.Ш./ташкилот / Единственный учредитель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ЖШШИР/СТИР / ПИНФЛ/ИНН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Улуш миқдори / Размер доли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Қарор санаси ва жойи / Дата и место решения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Ваколат асоси / Основание полномочий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Кўриб чиқилди / Рассмотрено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Масаланинг ҳолати ва ҳужжатлар / Обстоятельства и документы: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Қарор қабул қилишнинг иқтисодий/ҳуқуқий асоси / Экономическое/правовое основание: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Қарорлар / Решения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44"/>
        <w:gridCol w:w="3784"/>
        <w:gridCol w:w="1759"/>
        <w:gridCol w:w="1759"/>
        <w:gridCol w:w="2002"/>
      </w:tblGrid>
      <w:tr>
        <w:trPr>
          <w:tblHeader w:val="true"/>
        </w:trPr>
        <w:tc>
          <w:tcPr>
            <w:tcW w:type="dxa" w:w="8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7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Қарор мазмуни / Содержание решения</w:t>
            </w:r>
          </w:p>
        </w:tc>
        <w:tc>
          <w:tcPr>
            <w:tcW w:type="dxa" w:w="17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/ Ответственный</w:t>
            </w:r>
          </w:p>
        </w:tc>
        <w:tc>
          <w:tcPr>
            <w:tcW w:type="dxa" w:w="17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Бажариш муддати / Срок</w:t>
            </w:r>
          </w:p>
        </w:tc>
        <w:tc>
          <w:tcPr>
            <w:tcW w:type="dxa" w:w="20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Назорат/натижа / Контроль</w:t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8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3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Иловалар / Приложения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Ҳисоб-китоб, ҳисобот, шартнома ёки бошқа асос ҳужжатлар / Расчёты, отчёты, договоры и иные основания: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Ягона таъсисчи / Единственный учредитель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Баённомани тайёрлади (бўлса) / Подготовил документ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Ягона таъсисчининг қарори / Решение единственного учредителя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