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УСТАВ КАПИТАЛИГА УЛУШ КИРИТИШ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ВНЕСЕНИЯ ВКЛАДА В УСТАВНЫЙ КАПИТАЛ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Жамият ва СТИР / Общество и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Таъсисчи ва ЖШШИР/СТИР / Учредитель и ПИНФЛ/ИНН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Таъсис ҳужжати/қарор / Учредительный документ/решение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Улуш миқдори ва муддати / Размер и срок вклада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Киритилган ҳисса / Внесённый вклад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82"/>
        <w:gridCol w:w="1485"/>
        <w:gridCol w:w="3056"/>
        <w:gridCol w:w="1591"/>
        <w:gridCol w:w="3056"/>
        <w:gridCol w:w="1937"/>
        <w:gridCol w:w="1591"/>
        <w:gridCol w:w="1682"/>
      </w:tblGrid>
      <w:tr>
        <w:trPr>
          <w:tblHeader w:val="true"/>
        </w:trPr>
        <w:tc>
          <w:tcPr>
            <w:tcW w:type="dxa" w:w="68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48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Ҳисса тури / Вид вклада</w:t>
            </w:r>
          </w:p>
        </w:tc>
        <w:tc>
          <w:tcPr>
            <w:tcW w:type="dxa" w:w="305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Тавсиф/реквизит / Описание</w:t>
            </w:r>
          </w:p>
        </w:tc>
        <w:tc>
          <w:tcPr>
            <w:tcW w:type="dxa" w:w="159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305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Баҳолаш/номинал / Оценка</w:t>
            </w:r>
          </w:p>
        </w:tc>
        <w:tc>
          <w:tcPr>
            <w:tcW w:type="dxa" w:w="193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Тасдиқ ҳужжати / Подтверждение</w:t>
            </w:r>
          </w:p>
        </w:tc>
        <w:tc>
          <w:tcPr>
            <w:tcW w:type="dxa" w:w="159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Киритиш санаси / Дата</w:t>
            </w:r>
          </w:p>
        </w:tc>
        <w:tc>
          <w:tcPr>
            <w:tcW w:type="dxa" w:w="168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Қабул қилувчи / Получатель</w:t>
            </w:r>
          </w:p>
        </w:tc>
      </w:tr>
      <w:tr>
        <w:trPr>
          <w:cantSplit/>
        </w:trPr>
        <w:tc>
          <w:tcPr>
            <w:tcW w:type="dxa" w:w="6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4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4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4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4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4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4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Натижа / Итог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Белгиланган улуш / Обязанный вклад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Амалда киритилди / Внесено фактически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Қолдиқ мажбурият / Остаток обязательства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Пулсиз ҳиссани баҳолаш асоси / Основание оценки неденежного вклада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Мулк ҳуқуқи/топшириш ҳолати / Переход права/передача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Таъсисчи топширди / Передал учредитель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Жамият қабул қилди / Приняло общество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Комиссия/баҳоловчи (зарур бўлса) / Комиссия/оценщик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103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капиталига улуш киритиш далолатномаси / Акт внесения вклада в уставный капитал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