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ТАЪСИСЧИЛАР УЛУШЛАРИ РЕЕСТРИ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РЕЕСТР ВКЛАДОВ УЧРЕДИТЕЛЕЙ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Жамият ва СТИР / Общество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Устав капитали миқдори / Размер уставного капитала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Ҳисобот санаси / Отчётная дата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Таъсисчилар улушлари / Вклады учредителей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95"/>
        <w:gridCol w:w="1974"/>
        <w:gridCol w:w="1117"/>
        <w:gridCol w:w="2668"/>
        <w:gridCol w:w="1241"/>
        <w:gridCol w:w="1579"/>
        <w:gridCol w:w="1748"/>
        <w:gridCol w:w="1353"/>
        <w:gridCol w:w="1390"/>
        <w:gridCol w:w="1415"/>
      </w:tblGrid>
      <w:tr>
        <w:trPr>
          <w:tblHeader w:val="true"/>
        </w:trPr>
        <w:tc>
          <w:tcPr>
            <w:tcW w:type="dxa" w:w="5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19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Таъсисчи ва ЖШШИР/СТИР / Учредитель</w:t>
            </w:r>
          </w:p>
        </w:tc>
        <w:tc>
          <w:tcPr>
            <w:tcW w:type="dxa" w:w="111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Улуш %</w:t>
            </w:r>
          </w:p>
        </w:tc>
        <w:tc>
          <w:tcPr>
            <w:tcW w:type="dxa" w:w="266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Номинал сумма / Номинал</w:t>
            </w:r>
          </w:p>
        </w:tc>
        <w:tc>
          <w:tcPr>
            <w:tcW w:type="dxa" w:w="124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Киритиш муддати / Срок</w:t>
            </w:r>
          </w:p>
        </w:tc>
        <w:tc>
          <w:tcPr>
            <w:tcW w:type="dxa" w:w="157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Пул ҳиссаси / Денежный вклад</w:t>
            </w:r>
          </w:p>
        </w:tc>
        <w:tc>
          <w:tcPr>
            <w:tcW w:type="dxa" w:w="174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Пулсиз ҳисса / Неденежный вклад</w:t>
            </w:r>
          </w:p>
        </w:tc>
        <w:tc>
          <w:tcPr>
            <w:tcW w:type="dxa" w:w="135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Жами киритилди / Внесено</w:t>
            </w:r>
          </w:p>
        </w:tc>
        <w:tc>
          <w:tcPr>
            <w:tcW w:type="dxa" w:w="139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Қолдиқ / Остаток</w:t>
            </w:r>
          </w:p>
        </w:tc>
        <w:tc>
          <w:tcPr>
            <w:tcW w:type="dxa" w:w="141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Тасдиқ ҳужжати / Документ</w:t>
            </w:r>
          </w:p>
        </w:tc>
      </w:tr>
      <w:tr>
        <w:trPr>
          <w:cantSplit/>
        </w:trPr>
        <w:tc>
          <w:tcPr>
            <w:tcW w:type="dxa" w:w="5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19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19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19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19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19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19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19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19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19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5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19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11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266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24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57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4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5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9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41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Ўзгаришлар тарихи / История изменений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2346"/>
        <w:gridCol w:w="4505"/>
        <w:gridCol w:w="1885"/>
        <w:gridCol w:w="1885"/>
        <w:gridCol w:w="1885"/>
        <w:gridCol w:w="2574"/>
      </w:tblGrid>
      <w:tr>
        <w:trPr>
          <w:tblHeader w:val="true"/>
        </w:trPr>
        <w:tc>
          <w:tcPr>
            <w:tcW w:type="dxa" w:w="234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Сана / Дата</w:t>
            </w:r>
          </w:p>
        </w:tc>
        <w:tc>
          <w:tcPr>
            <w:tcW w:type="dxa" w:w="450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Қарор/ҳужжат / Решение</w:t>
            </w:r>
          </w:p>
        </w:tc>
        <w:tc>
          <w:tcPr>
            <w:tcW w:type="dxa" w:w="188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Ўзгариш / Изменение</w:t>
            </w:r>
          </w:p>
        </w:tc>
        <w:tc>
          <w:tcPr>
            <w:tcW w:type="dxa" w:w="188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Олдин / До</w:t>
            </w:r>
          </w:p>
        </w:tc>
        <w:tc>
          <w:tcPr>
            <w:tcW w:type="dxa" w:w="188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Кейин / После</w:t>
            </w:r>
          </w:p>
        </w:tc>
        <w:tc>
          <w:tcPr>
            <w:tcW w:type="dxa" w:w="257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Рўйхат ҳолати / Регистрация</w:t>
            </w:r>
          </w:p>
        </w:tc>
      </w:tr>
      <w:tr>
        <w:trPr>
          <w:cantSplit/>
        </w:trPr>
        <w:tc>
          <w:tcPr>
            <w:tcW w:type="dxa" w:w="23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5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3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5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3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5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3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5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3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5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234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450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88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57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Тузди / Составил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Бош бухгалтер / Главный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Раҳбар / Руководитель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104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Таъсисчилар улушлари реестри / Реестр вкладов учредителей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