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ФОЙДА ВА ДИВИДЕНДЛАРНИ ТАҚСИМЛАШ ТЎҒРИСИДА ҚАРОР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РЕШЕНИЕ О РАСПРЕДЕЛЕНИИ ПРИБЫЛИ И ДИВИДЕНДАХ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Қарор қабул қилувчи орган / Орган принятия решения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Қарор/баённома № ва сана / Решение/протокол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даври / Отчётный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Молиявий ҳисобот тасдиғи / Утверждение отчётности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9350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Дивиденд тўлашдан олдин соф активлар, тўловга қобилият ва бошқа қонуний чекловларни текширинг / До выплаты проверьте чистые активы, платёжеспособность и иные законные ограничения.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Тақсимланадиган фойда / Распределяемая прибыль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Соф фойда / Чистая прибыль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Аввалги йил тақсимланмаган фойдаси / Нераспределённая прибыль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Зарарларни қоплаш / Покрытие убытков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Захира/мажбурий ажратмалар / Резервы/обязательные отчисления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Тақсимлаш мумкин бўлган сумма / Доступно к распределению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Дивидендлар / Дивиденды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14"/>
        <w:gridCol w:w="1818"/>
        <w:gridCol w:w="1714"/>
        <w:gridCol w:w="2770"/>
        <w:gridCol w:w="2684"/>
        <w:gridCol w:w="1714"/>
        <w:gridCol w:w="1731"/>
        <w:gridCol w:w="1735"/>
      </w:tblGrid>
      <w:tr>
        <w:trPr>
          <w:tblHeader w:val="true"/>
        </w:trPr>
        <w:tc>
          <w:tcPr>
            <w:tcW w:type="dxa" w:w="91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8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Таъсисчи / Учредитель</w:t>
            </w:r>
          </w:p>
        </w:tc>
        <w:tc>
          <w:tcPr>
            <w:tcW w:type="dxa" w:w="171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Улуш %</w:t>
            </w:r>
          </w:p>
        </w:tc>
        <w:tc>
          <w:tcPr>
            <w:tcW w:type="dxa" w:w="27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Ҳисобланган дивиденд / Начислено</w:t>
            </w:r>
          </w:p>
        </w:tc>
        <w:tc>
          <w:tcPr>
            <w:tcW w:type="dxa" w:w="268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Солиқ/ушланма / Налог/удержание</w:t>
            </w:r>
          </w:p>
        </w:tc>
        <w:tc>
          <w:tcPr>
            <w:tcW w:type="dxa" w:w="171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Тўловга / К выплате</w:t>
            </w:r>
          </w:p>
        </w:tc>
        <w:tc>
          <w:tcPr>
            <w:tcW w:type="dxa" w:w="173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Тўлов муддати / Срок</w:t>
            </w:r>
          </w:p>
        </w:tc>
        <w:tc>
          <w:tcPr>
            <w:tcW w:type="dxa" w:w="173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Тўлов усули / Способ</w:t>
            </w:r>
          </w:p>
        </w:tc>
      </w:tr>
      <w:tr>
        <w:trPr>
          <w:cantSplit/>
        </w:trPr>
        <w:tc>
          <w:tcPr>
            <w:tcW w:type="dxa" w:w="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8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7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Қарор / Решение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Фойда тақсимоти тасдиқлансин / Утвердить распределение прибыли: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Дивиденд тўлов санаси ва манбаси / Дата и источник выплаты: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Бухгалтерияга солиқ ва тўловларни расмийлаштириш топширилсин / Бухгалтерии оформить налоги и выплаты: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Тўловга қонуний чекловлар мавжуд эмаслиги текширилсин / Проверить отсутствие законных ограничений: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Йиғилиш раиси/ягона таъсисчи / Председатель/единственный учредитель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Котиб (бўлса) / Секретарь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танишди / Главный бухгалтер ознакомлен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105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Фойда ва дивидендларни тақсимлаш тўғрисида қарор / Решение о распределении прибыли и дивидендах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