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ИНВЕНТАРИЗАЦИЯ ЎТКАЗИШ ТЎҒРИСИДА БУЙРУҚ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ПРОВЕДЕНИИ ИНВЕНТАРИЗАЦИИ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тури / Вид инвентаризации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Ўтказиш бошланиш ва тугаш санаси / Срок проведения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маълумоти кесиш санаси / Дата среза учёта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Асос/сабаб / Основание/причина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таркиби / Состав комиссии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40"/>
        <w:gridCol w:w="1576"/>
        <w:gridCol w:w="1576"/>
        <w:gridCol w:w="3766"/>
        <w:gridCol w:w="2390"/>
      </w:tblGrid>
      <w:tr>
        <w:trPr>
          <w:tblHeader w:val="true"/>
        </w:trPr>
        <w:tc>
          <w:tcPr>
            <w:tcW w:type="dxa" w:w="8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5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Роли / Роль</w:t>
            </w:r>
          </w:p>
        </w:tc>
        <w:tc>
          <w:tcPr>
            <w:tcW w:type="dxa" w:w="15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37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Иштирок даври / Период участия</w:t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7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Инвентаризация объектлари / Объекты инвентаризации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2"/>
        <w:gridCol w:w="1802"/>
        <w:gridCol w:w="1372"/>
        <w:gridCol w:w="2843"/>
        <w:gridCol w:w="1802"/>
        <w:gridCol w:w="1597"/>
      </w:tblGrid>
      <w:tr>
        <w:trPr>
          <w:tblHeader w:val="true"/>
        </w:trPr>
        <w:tc>
          <w:tcPr>
            <w:tcW w:type="dxa" w:w="7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8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Актив/мажбурият тури / Вид</w:t>
            </w:r>
          </w:p>
        </w:tc>
        <w:tc>
          <w:tcPr>
            <w:tcW w:type="dxa" w:w="13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Жой/бўлинма / Место</w:t>
            </w:r>
          </w:p>
        </w:tc>
        <w:tc>
          <w:tcPr>
            <w:tcW w:type="dxa" w:w="284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Моддий жавобгар шахс / Ответственное лицо</w:t>
            </w:r>
          </w:p>
        </w:tc>
        <w:tc>
          <w:tcPr>
            <w:tcW w:type="dxa" w:w="18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Рўйхат/далолатнома / Форма</w:t>
            </w:r>
          </w:p>
        </w:tc>
        <w:tc>
          <w:tcPr>
            <w:tcW w:type="dxa" w:w="15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Топшириш муддати / Срок</w:t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Операциялар ҳаракати ва ҳужжатларни қабул қилиш тартиби белгилансин / Установить порядок движения операций и документов: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Комиссия саноқ ва солиштиришни тўлиқ ўтказсин / Провести полный подсчёт и сопоставление: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Бухгалтерия натижаларни ҳисобда акс эттириш учун тайёрласин / Подготовить результаты к отражению в учёте: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Аъзолар танишди / Члены ознакомлены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Инвентаризация ўтказиш тўғрисида буйруқ / Приказ о проведении инвентаризации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