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ТМЗ ИНВЕНТАРИЗАЦИЯ РЎЙХАТИ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ИНВЕНТАРИЗАЦИОННАЯ ОПИСЬ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Омбор/жой / Склад/место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Моддий жавобгар шахс / Материально 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Саноқ бошланиш/тугаш / Начало/окончание подсчёта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Буйруқ № ва сана / Приказ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9350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Рўйхатда ҳисоб маълумотлари эмас, аввал амалдаги мавжудлик қайд этилади; бўш қаторлар чизилади / Сначала фиксируется фактическое наличие, пустые строки прочёркиваются.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Моддий жавобгар шахс тилхати / Расписка ответственного лица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Саноқ бошланишидан олдин барча кирим-чиқим ҳужжатлари бухгалтерияга топширилди ва ТМЗ кирим/чиқим қилинди / До начала подсчёта все документы переданы и ТМЦ оприходованы/списаны: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ТМЗ амалдаги мавжудлиги / Фактическое наличие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09"/>
        <w:gridCol w:w="1518"/>
        <w:gridCol w:w="1518"/>
        <w:gridCol w:w="1518"/>
        <w:gridCol w:w="1889"/>
        <w:gridCol w:w="1889"/>
        <w:gridCol w:w="1889"/>
        <w:gridCol w:w="2530"/>
        <w:gridCol w:w="1520"/>
      </w:tblGrid>
      <w:tr>
        <w:trPr>
          <w:tblHeader w:val="true"/>
        </w:trPr>
        <w:tc>
          <w:tcPr>
            <w:tcW w:type="dxa" w:w="8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5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Номенклатура/код</w:t>
            </w:r>
          </w:p>
        </w:tc>
        <w:tc>
          <w:tcPr>
            <w:tcW w:type="dxa" w:w="15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5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Амалда миқдор / Факт</w:t>
            </w:r>
          </w:p>
        </w:tc>
        <w:tc>
          <w:tcPr>
            <w:tcW w:type="dxa" w:w="18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Амалда сумма / Сумма</w:t>
            </w:r>
          </w:p>
        </w:tc>
        <w:tc>
          <w:tcPr>
            <w:tcW w:type="dxa" w:w="25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Ҳолати/яроқлилик / Состояние/срок</w:t>
            </w:r>
          </w:p>
        </w:tc>
        <w:tc>
          <w:tcPr>
            <w:tcW w:type="dxa" w:w="152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Саноқ усули / Метод</w:t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Рўйхат позициялари сони / Количество позиций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Амалдаги умумий миқдор ва сумма / Общее количество и сумма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Охирги ёзувдан кейин бўш қаторлар чизилди / Пустые строки после последней записи прочёркнуты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ТМЗ инвентаризация рўйхати / Инвентаризационная опись ТМЦ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