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ВОСИТАЛАР ИНВЕНТАРИЗАЦИЯ РЎЙХАТИ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ИНВЕНТАРИЗАЦИОННАЯ ОПИСЬ ОСНОВНЫХ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Жой/бўлинма / Место/подразделение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Саноқ санаси / Дата проверки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/ 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Асосий воситалар амалда / Фактическое наличие основных средств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04"/>
        <w:gridCol w:w="1321"/>
        <w:gridCol w:w="3158"/>
        <w:gridCol w:w="1321"/>
        <w:gridCol w:w="1321"/>
        <w:gridCol w:w="1802"/>
        <w:gridCol w:w="1644"/>
        <w:gridCol w:w="1602"/>
        <w:gridCol w:w="2207"/>
      </w:tblGrid>
      <w:tr>
        <w:trPr>
          <w:tblHeader w:val="true"/>
        </w:trPr>
        <w:tc>
          <w:tcPr>
            <w:tcW w:type="dxa" w:w="7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3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Инвентар №</w:t>
            </w:r>
          </w:p>
        </w:tc>
        <w:tc>
          <w:tcPr>
            <w:tcW w:type="dxa" w:w="31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Номи/модель / Наименование/модель</w:t>
            </w:r>
          </w:p>
        </w:tc>
        <w:tc>
          <w:tcPr>
            <w:tcW w:type="dxa" w:w="13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Завод/серия №</w:t>
            </w:r>
          </w:p>
        </w:tc>
        <w:tc>
          <w:tcPr>
            <w:tcW w:type="dxa" w:w="13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Жойлашув / Место</w:t>
            </w:r>
          </w:p>
        </w:tc>
        <w:tc>
          <w:tcPr>
            <w:tcW w:type="dxa" w:w="18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Масъул шахс / Ответственный</w:t>
            </w:r>
          </w:p>
        </w:tc>
        <w:tc>
          <w:tcPr>
            <w:tcW w:type="dxa" w:w="16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60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Техник ҳолат / Состояние</w:t>
            </w:r>
          </w:p>
        </w:tc>
        <w:tc>
          <w:tcPr>
            <w:tcW w:type="dxa" w:w="22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Ҳужжат/изоҳ / Документ/примечание</w:t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0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/ Контроль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Рақамсиз/ҳисобда йўқ объектлар / Объекты без номера/вне учёта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Фойдаланилмаётган/яроқсиз объектлар / Неиспользуемые/непригодные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ҳужжати текширилди / Правоустанавливающие документы проверены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воситалар инвентаризация рўйхати / Инвентаризационная опись основных средств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