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ПУЛ МАБЛАҒЛАРИ ИНВЕНТАРИЗАЦИЯ РЎЙХАТИ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ИНВЕНТАРИЗАЦИОННАЯ ОПИСЬ ДЕНЕЖНЫХ СРЕДСТВ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Касса/ҳисобрақам / Касса/счёт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шахс / 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Текширув сана/вақти / Дата/время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Буйруқ / Приказ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Пул маблағлари ва қийматликлар / Денежные средства и ценности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34"/>
        <w:gridCol w:w="3735"/>
        <w:gridCol w:w="1563"/>
        <w:gridCol w:w="1946"/>
        <w:gridCol w:w="1946"/>
        <w:gridCol w:w="1658"/>
        <w:gridCol w:w="1737"/>
        <w:gridCol w:w="1661"/>
      </w:tblGrid>
      <w:tr>
        <w:trPr>
          <w:tblHeader w:val="true"/>
        </w:trPr>
        <w:tc>
          <w:tcPr>
            <w:tcW w:type="dxa" w:w="8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7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Тур/номинал / Вид/номинал</w:t>
            </w:r>
          </w:p>
        </w:tc>
        <w:tc>
          <w:tcPr>
            <w:tcW w:type="dxa" w:w="15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Валюта</w:t>
            </w:r>
          </w:p>
        </w:tc>
        <w:tc>
          <w:tcPr>
            <w:tcW w:type="dxa" w:w="194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94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Курс</w:t>
            </w:r>
          </w:p>
        </w:tc>
        <w:tc>
          <w:tcPr>
            <w:tcW w:type="dxa" w:w="16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Амалда UZS / Факт UZS</w:t>
            </w:r>
          </w:p>
        </w:tc>
        <w:tc>
          <w:tcPr>
            <w:tcW w:type="dxa" w:w="17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Ҳисобда UZS / Учёт UZS</w:t>
            </w:r>
          </w:p>
        </w:tc>
        <w:tc>
          <w:tcPr>
            <w:tcW w:type="dxa" w:w="16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Тафовут / Расхождение</w:t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3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Ҳисобрақамлар бўйича / По счетам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5"/>
        <w:gridCol w:w="3400"/>
        <w:gridCol w:w="1529"/>
        <w:gridCol w:w="1529"/>
        <w:gridCol w:w="2086"/>
        <w:gridCol w:w="1777"/>
        <w:gridCol w:w="1622"/>
        <w:gridCol w:w="2322"/>
      </w:tblGrid>
      <w:tr>
        <w:trPr>
          <w:tblHeader w:val="true"/>
        </w:trPr>
        <w:tc>
          <w:tcPr>
            <w:tcW w:type="dxa" w:w="8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4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Банк/касса/электрон ҳамён / Банк/касса/кошелёк</w:t>
            </w:r>
          </w:p>
        </w:tc>
        <w:tc>
          <w:tcPr>
            <w:tcW w:type="dxa" w:w="15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Ҳисобрақам / Счёт</w:t>
            </w:r>
          </w:p>
        </w:tc>
        <w:tc>
          <w:tcPr>
            <w:tcW w:type="dxa" w:w="15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Валюта</w:t>
            </w:r>
          </w:p>
        </w:tc>
        <w:tc>
          <w:tcPr>
            <w:tcW w:type="dxa" w:w="20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Кўчирма бўйича / По выписке</w:t>
            </w:r>
          </w:p>
        </w:tc>
        <w:tc>
          <w:tcPr>
            <w:tcW w:type="dxa" w:w="177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 бўйича / По учёту</w:t>
            </w:r>
          </w:p>
        </w:tc>
        <w:tc>
          <w:tcPr>
            <w:tcW w:type="dxa" w:w="16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Тафовут / Расхождение</w:t>
            </w:r>
          </w:p>
        </w:tc>
        <w:tc>
          <w:tcPr>
            <w:tcW w:type="dxa" w:w="23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Тасдиқ ҳужжати / Подтверждение</w:t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4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0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Ортиқча/камомад ва сабаб / Излишек/недостача и причина: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Масъул шахс тушунтириши / Объяснение ответственного лица: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Кассир/масъул шахс / Кассир/ответственное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Пул маблағлари инвентаризация рўйхати / Инвентаризационная опись денежных средств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