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ҲИСОБ-КИТОБЛАР ИНВЕНТАРИЗАЦИЯСИ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ИНВЕНТАРИЗАЦИИ РАСЧЁТОВ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Инвентаризация санаси / Дата инвентаризации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 тури / Вид расчётов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Буйруқ / Приказ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Тасдиқ хатларини сўраш санаси / Дата запросов подтверждения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Контрагентлар билан ҳисоб-китоб / Расчёты с контрагентами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51"/>
        <w:gridCol w:w="2918"/>
        <w:gridCol w:w="1221"/>
        <w:gridCol w:w="1295"/>
        <w:gridCol w:w="1418"/>
        <w:gridCol w:w="1665"/>
        <w:gridCol w:w="1603"/>
        <w:gridCol w:w="1788"/>
        <w:gridCol w:w="1295"/>
        <w:gridCol w:w="1226"/>
      </w:tblGrid>
      <w:tr>
        <w:trPr>
          <w:tblHeader w:val="true"/>
        </w:trPr>
        <w:tc>
          <w:tcPr>
            <w:tcW w:type="dxa" w:w="65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№</w:t>
            </w:r>
          </w:p>
        </w:tc>
        <w:tc>
          <w:tcPr>
            <w:tcW w:type="dxa" w:w="291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Контрагент ва СТИР / Контрагент и ИНН</w:t>
            </w:r>
          </w:p>
        </w:tc>
        <w:tc>
          <w:tcPr>
            <w:tcW w:type="dxa" w:w="12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Шартнома / Договор</w:t>
            </w:r>
          </w:p>
        </w:tc>
        <w:tc>
          <w:tcPr>
            <w:tcW w:type="dxa" w:w="12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Қарз тури / Вид долга</w:t>
            </w:r>
          </w:p>
        </w:tc>
        <w:tc>
          <w:tcPr>
            <w:tcW w:type="dxa" w:w="141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Ҳисоб бўйича / По учёту</w:t>
            </w:r>
          </w:p>
        </w:tc>
        <w:tc>
          <w:tcPr>
            <w:tcW w:type="dxa" w:w="166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Тасдиқланган / Подтверждено</w:t>
            </w:r>
          </w:p>
        </w:tc>
        <w:tc>
          <w:tcPr>
            <w:tcW w:type="dxa" w:w="160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Муддати ўтган / Просрочено</w:t>
            </w:r>
          </w:p>
        </w:tc>
        <w:tc>
          <w:tcPr>
            <w:tcW w:type="dxa" w:w="178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Даъво муддати / Срок давности</w:t>
            </w:r>
          </w:p>
        </w:tc>
        <w:tc>
          <w:tcPr>
            <w:tcW w:type="dxa" w:w="12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Тафовут / Расхождение</w:t>
            </w:r>
          </w:p>
        </w:tc>
        <w:tc>
          <w:tcPr>
            <w:tcW w:type="dxa" w:w="122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Чора / Мера</w:t>
            </w:r>
          </w:p>
        </w:tc>
      </w:tr>
      <w:tr>
        <w:trPr>
          <w:cantSplit/>
        </w:trPr>
        <w:tc>
          <w:tcPr>
            <w:tcW w:type="dxa" w:w="6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</w:t>
            </w:r>
          </w:p>
        </w:tc>
        <w:tc>
          <w:tcPr>
            <w:tcW w:type="dxa" w:w="29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2</w:t>
            </w:r>
          </w:p>
        </w:tc>
        <w:tc>
          <w:tcPr>
            <w:tcW w:type="dxa" w:w="29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3</w:t>
            </w:r>
          </w:p>
        </w:tc>
        <w:tc>
          <w:tcPr>
            <w:tcW w:type="dxa" w:w="29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4</w:t>
            </w:r>
          </w:p>
        </w:tc>
        <w:tc>
          <w:tcPr>
            <w:tcW w:type="dxa" w:w="29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5</w:t>
            </w:r>
          </w:p>
        </w:tc>
        <w:tc>
          <w:tcPr>
            <w:tcW w:type="dxa" w:w="29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6</w:t>
            </w:r>
          </w:p>
        </w:tc>
        <w:tc>
          <w:tcPr>
            <w:tcW w:type="dxa" w:w="29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7</w:t>
            </w:r>
          </w:p>
        </w:tc>
        <w:tc>
          <w:tcPr>
            <w:tcW w:type="dxa" w:w="29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8</w:t>
            </w:r>
          </w:p>
        </w:tc>
        <w:tc>
          <w:tcPr>
            <w:tcW w:type="dxa" w:w="29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9</w:t>
            </w:r>
          </w:p>
        </w:tc>
        <w:tc>
          <w:tcPr>
            <w:tcW w:type="dxa" w:w="29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10</w:t>
            </w:r>
          </w:p>
        </w:tc>
        <w:tc>
          <w:tcPr>
            <w:tcW w:type="dxa" w:w="29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11</w:t>
            </w:r>
          </w:p>
        </w:tc>
        <w:tc>
          <w:tcPr>
            <w:tcW w:type="dxa" w:w="29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6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12</w:t>
            </w:r>
          </w:p>
        </w:tc>
        <w:tc>
          <w:tcPr>
            <w:tcW w:type="dxa" w:w="29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0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Бошқа ҳисоб-китоблар / Прочие расчёты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329"/>
        <w:gridCol w:w="2895"/>
        <w:gridCol w:w="2492"/>
        <w:gridCol w:w="3101"/>
        <w:gridCol w:w="2769"/>
        <w:gridCol w:w="2494"/>
      </w:tblGrid>
      <w:tr>
        <w:trPr>
          <w:tblHeader w:val="true"/>
        </w:trPr>
        <w:tc>
          <w:tcPr>
            <w:tcW w:type="dxa" w:w="132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28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Шахс/орган / Лицо/орган</w:t>
            </w:r>
          </w:p>
        </w:tc>
        <w:tc>
          <w:tcPr>
            <w:tcW w:type="dxa" w:w="249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Асос / Основание</w:t>
            </w:r>
          </w:p>
        </w:tc>
        <w:tc>
          <w:tcPr>
            <w:tcW w:type="dxa" w:w="310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Сумма</w:t>
            </w:r>
          </w:p>
        </w:tc>
        <w:tc>
          <w:tcPr>
            <w:tcW w:type="dxa" w:w="276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Тасдиқ / Подтверждение</w:t>
            </w:r>
          </w:p>
        </w:tc>
        <w:tc>
          <w:tcPr>
            <w:tcW w:type="dxa" w:w="249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Ҳолат / Статус</w:t>
            </w:r>
          </w:p>
        </w:tc>
      </w:tr>
      <w:tr>
        <w:trPr>
          <w:cantSplit/>
        </w:trPr>
        <w:tc>
          <w:tcPr>
            <w:tcW w:type="dxa" w:w="13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2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10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3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2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10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3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2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10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3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2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10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3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2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10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3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2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10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7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Комиссия хулосаси / Заключение комиссии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Ундириш/тўлаш чоралари / Меры по взысканию/оплате: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Шубҳали/умидсиз қарз бўйича таклиф / Предложение по сомнительным/безнадёжным долгам: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аъзолари / Члены комиссии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Бош бухгалтер / Главный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091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Ҳисоб-китоблар инвентаризацияси далолатномаси / Акт инвентаризации расчётов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