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ТМЗ СОЛИШТИРМА ҚАЙДНОМАСИ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СЛИЧИТЕЛЬНАЯ ВЕДОМОСТЬ ТМЦ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Омбор/жой / Склад/место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Моддий жавобгар шахс / Ответственное лицо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Инвентаризация рўйхати № / Опись №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Солиштириш санаси / Дата сопоставления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ТМЗ солиштириш / Сопоставление ТМЦ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26"/>
        <w:gridCol w:w="1362"/>
        <w:gridCol w:w="1362"/>
        <w:gridCol w:w="1695"/>
        <w:gridCol w:w="1695"/>
        <w:gridCol w:w="1695"/>
        <w:gridCol w:w="1695"/>
        <w:gridCol w:w="1695"/>
        <w:gridCol w:w="1789"/>
        <w:gridCol w:w="1366"/>
      </w:tblGrid>
      <w:tr>
        <w:trPr>
          <w:tblHeader w:val="true"/>
        </w:trPr>
        <w:tc>
          <w:tcPr>
            <w:tcW w:type="dxa" w:w="72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№</w:t>
            </w:r>
          </w:p>
        </w:tc>
        <w:tc>
          <w:tcPr>
            <w:tcW w:type="dxa" w:w="136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Номенклатура/код</w:t>
            </w:r>
          </w:p>
        </w:tc>
        <w:tc>
          <w:tcPr>
            <w:tcW w:type="dxa" w:w="136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Ўлчов / Ед.</w:t>
            </w:r>
          </w:p>
        </w:tc>
        <w:tc>
          <w:tcPr>
            <w:tcW w:type="dxa" w:w="16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Нарх / Цена</w:t>
            </w:r>
          </w:p>
        </w:tc>
        <w:tc>
          <w:tcPr>
            <w:tcW w:type="dxa" w:w="16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Ҳисоб миқдор / Учёт</w:t>
            </w:r>
          </w:p>
        </w:tc>
        <w:tc>
          <w:tcPr>
            <w:tcW w:type="dxa" w:w="16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Амалда миқдор / Факт</w:t>
            </w:r>
          </w:p>
        </w:tc>
        <w:tc>
          <w:tcPr>
            <w:tcW w:type="dxa" w:w="16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Ортиқча миқдор/сумма / Излишек</w:t>
            </w:r>
          </w:p>
        </w:tc>
        <w:tc>
          <w:tcPr>
            <w:tcW w:type="dxa" w:w="169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Камомад миқдор/сумма / Недостача</w:t>
            </w:r>
          </w:p>
        </w:tc>
        <w:tc>
          <w:tcPr>
            <w:tcW w:type="dxa" w:w="178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Қайта навлаш / Пересортица</w:t>
            </w:r>
          </w:p>
        </w:tc>
        <w:tc>
          <w:tcPr>
            <w:tcW w:type="dxa" w:w="136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3"/>
              </w:rPr>
              <w:t>Изоҳ / Примечание</w:t>
            </w:r>
          </w:p>
        </w:tc>
      </w:tr>
      <w:tr>
        <w:trPr>
          <w:cantSplit/>
        </w:trPr>
        <w:tc>
          <w:tcPr>
            <w:tcW w:type="dxa" w:w="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</w:t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2</w:t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3</w:t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4</w:t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5</w:t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6</w:t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7</w:t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8</w:t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9</w:t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10</w:t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11</w:t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12</w:t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13</w:t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  <w:tr>
        <w:trPr>
          <w:cantSplit/>
        </w:trPr>
        <w:tc>
          <w:tcPr>
            <w:tcW w:type="dxa" w:w="72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  <w:t>14</w:t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69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7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  <w:tc>
          <w:tcPr>
            <w:tcW w:type="dxa" w:w="136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4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Якун / Итоги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333"/>
        <w:gridCol w:w="8747"/>
      </w:tblGrid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Ортиқча жами / Всего излишек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Камомад жами / Всего недостача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Табиий камайиш (асос бўлса) / Естественная убыль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6333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Қопланадиган сумма / Сумма к возмещению</w:t>
            </w:r>
          </w:p>
        </w:tc>
        <w:tc>
          <w:tcPr>
            <w:tcW w:type="dxa" w:w="87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Бухгалтер / Бухгалтер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Комиссия раиси / Председатель комиссии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Моддий жавобгар шахс / Материально ответственное лицо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092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ТМЗ солиштирма қайдномаси / Сличительная ведомость ТМЦ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