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ВОСИТАЛАР СОЛИШТИРМА ҚАЙДНОМАСИ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СЛИЧИТЕЛЬНАЯ ВЕДОМОСТЬ ОСНОВНЫХ СРЕДСТВ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Жой/бўлинма / Место/подразделение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Моддий жавобгар шахс / Ответственное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Инвентаризация рўйхати № / Опись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Солиштириш санаси / Дата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Асосий воситалар солиштириш / Сопоставление основных средств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58"/>
        <w:gridCol w:w="1422"/>
        <w:gridCol w:w="1422"/>
        <w:gridCol w:w="1422"/>
        <w:gridCol w:w="1422"/>
        <w:gridCol w:w="2944"/>
        <w:gridCol w:w="1422"/>
        <w:gridCol w:w="1422"/>
        <w:gridCol w:w="1422"/>
        <w:gridCol w:w="1424"/>
      </w:tblGrid>
      <w:tr>
        <w:trPr>
          <w:tblHeader w:val="true"/>
        </w:trPr>
        <w:tc>
          <w:tcPr>
            <w:tcW w:type="dxa" w:w="75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4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Инвентар №</w:t>
            </w:r>
          </w:p>
        </w:tc>
        <w:tc>
          <w:tcPr>
            <w:tcW w:type="dxa" w:w="14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Объект / Объект</w:t>
            </w:r>
          </w:p>
        </w:tc>
        <w:tc>
          <w:tcPr>
            <w:tcW w:type="dxa" w:w="14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Ҳисобда / По учёту</w:t>
            </w:r>
          </w:p>
        </w:tc>
        <w:tc>
          <w:tcPr>
            <w:tcW w:type="dxa" w:w="14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Амалда / Фактически</w:t>
            </w:r>
          </w:p>
        </w:tc>
        <w:tc>
          <w:tcPr>
            <w:tcW w:type="dxa" w:w="29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Жой/масъул тафовути / Место/ответственный</w:t>
            </w:r>
          </w:p>
        </w:tc>
        <w:tc>
          <w:tcPr>
            <w:tcW w:type="dxa" w:w="14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Ортиқча / Излишек</w:t>
            </w:r>
          </w:p>
        </w:tc>
        <w:tc>
          <w:tcPr>
            <w:tcW w:type="dxa" w:w="14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Камомад / Недостача</w:t>
            </w:r>
          </w:p>
        </w:tc>
        <w:tc>
          <w:tcPr>
            <w:tcW w:type="dxa" w:w="14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Қиймат / Стоимость</w:t>
            </w:r>
          </w:p>
        </w:tc>
        <w:tc>
          <w:tcPr>
            <w:tcW w:type="dxa" w:w="142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Чора / Мера</w:t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9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Ҳисобда йўқ объектлар / Неучтённые объекты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Топилмаган объектлар / Необнаруженные объекты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Карточка/инвентар рақамини тузатиш / Корректировка карточки/номера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воситалар солиштирма қайдномаси / Сличительная ведомость основных средств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