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ИНВЕНТАРИЗАЦИЯ КОМИССИЯСИ БАЁННОМАСИ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ПРОТОКОЛ ИНВЕНТАРИЗАЦИОННОЙ КОМИССИИ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Йиғилиш санаси ва жойи / Дата и место заседания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Инвентаризация буйруғи / Приказ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Қатнашганлар / Присутствовали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Кворум/ваколат / Кворум/полномочия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Баённома комиссия муҳокамаси, сабаблар ва қарорларни қайд этади; 095-сонли шакл эса натижаларнинг йиғма миқдорий ведомости / Протокол фиксирует обсуждение и решения; форма №095 — сводные количественные итоги.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Кун тартиби / Повестка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086"/>
        <w:gridCol w:w="2036"/>
        <w:gridCol w:w="2160"/>
        <w:gridCol w:w="4866"/>
      </w:tblGrid>
      <w:tr>
        <w:trPr>
          <w:tblHeader w:val="true"/>
        </w:trPr>
        <w:tc>
          <w:tcPr>
            <w:tcW w:type="dxa" w:w="10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0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Масала / Вопрос</w:t>
            </w:r>
          </w:p>
        </w:tc>
        <w:tc>
          <w:tcPr>
            <w:tcW w:type="dxa" w:w="216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Маърузачи / Докладчик</w:t>
            </w:r>
          </w:p>
        </w:tc>
        <w:tc>
          <w:tcPr>
            <w:tcW w:type="dxa" w:w="486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Материал/илова / Материал</w:t>
            </w:r>
          </w:p>
        </w:tc>
      </w:tr>
      <w:tr>
        <w:trPr>
          <w:cantSplit/>
        </w:trPr>
        <w:tc>
          <w:tcPr>
            <w:tcW w:type="dxa" w:w="1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0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8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0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8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0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8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0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8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0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8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Аниқланган натижалар / Установленные результаты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14"/>
        <w:gridCol w:w="2367"/>
        <w:gridCol w:w="1666"/>
        <w:gridCol w:w="1339"/>
        <w:gridCol w:w="2435"/>
        <w:gridCol w:w="1627"/>
      </w:tblGrid>
      <w:tr>
        <w:trPr>
          <w:tblHeader w:val="true"/>
        </w:trPr>
        <w:tc>
          <w:tcPr>
            <w:tcW w:type="dxa" w:w="7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3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Объект/тафовут / Объект/расхождение</w:t>
            </w:r>
          </w:p>
        </w:tc>
        <w:tc>
          <w:tcPr>
            <w:tcW w:type="dxa" w:w="166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  <w:tc>
          <w:tcPr>
            <w:tcW w:type="dxa" w:w="13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Сабаб / Причина</w:t>
            </w:r>
          </w:p>
        </w:tc>
        <w:tc>
          <w:tcPr>
            <w:tcW w:type="dxa" w:w="24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Масъул шахс тушунтириши / Объяснение</w:t>
            </w:r>
          </w:p>
        </w:tc>
        <w:tc>
          <w:tcPr>
            <w:tcW w:type="dxa" w:w="16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Комиссия баҳоси / Оценка</w:t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3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3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3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3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3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3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23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23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Қарорлар / Решения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58"/>
        <w:gridCol w:w="2950"/>
        <w:gridCol w:w="2433"/>
        <w:gridCol w:w="1372"/>
        <w:gridCol w:w="1235"/>
        <w:gridCol w:w="1500"/>
      </w:tblGrid>
      <w:tr>
        <w:trPr>
          <w:tblHeader w:val="true"/>
        </w:trPr>
        <w:tc>
          <w:tcPr>
            <w:tcW w:type="dxa" w:w="65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9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Қарор / Решение</w:t>
            </w:r>
          </w:p>
        </w:tc>
        <w:tc>
          <w:tcPr>
            <w:tcW w:type="dxa" w:w="243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Ҳисобда акс эттириш / Отражение в учёте</w:t>
            </w:r>
          </w:p>
        </w:tc>
        <w:tc>
          <w:tcPr>
            <w:tcW w:type="dxa" w:w="137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Масъул / Ответственный</w:t>
            </w:r>
          </w:p>
        </w:tc>
        <w:tc>
          <w:tcPr>
            <w:tcW w:type="dxa" w:w="12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Муддат / Срок</w:t>
            </w:r>
          </w:p>
        </w:tc>
        <w:tc>
          <w:tcPr>
            <w:tcW w:type="dxa" w:w="15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Овоз бериш / Голосование</w:t>
            </w:r>
          </w:p>
        </w:tc>
      </w:tr>
      <w:tr>
        <w:trPr>
          <w:cantSplit/>
        </w:trPr>
        <w:tc>
          <w:tcPr>
            <w:tcW w:type="dxa" w:w="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9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9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9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9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9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9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29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Котиб / Секретарь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Инвентаризация комиссияси баённомаси / Протокол инвентаризационной комиссии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