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ИНВЕНТАРИЗАЦИЯ НАТИЖАЛАРИНИНГ ЙИҒМА ҚАЙДНОМАСИ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СВОДНАЯ ВЕДОМОСТЬ РЕЗУЛЬТАТОВ ИНВЕНТАРИЗАЦИИ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Инвентаризация даври / Период инвентаризации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Буйруқ / Приказ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Қамраб олинган бўлинмалар / Охваченные подразделения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Баённома № / Протокол комиссии №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Йиғма натижалар / Сводные результаты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41"/>
        <w:gridCol w:w="1825"/>
        <w:gridCol w:w="2317"/>
        <w:gridCol w:w="1390"/>
        <w:gridCol w:w="1390"/>
        <w:gridCol w:w="1390"/>
        <w:gridCol w:w="2387"/>
        <w:gridCol w:w="1390"/>
        <w:gridCol w:w="2250"/>
      </w:tblGrid>
      <w:tr>
        <w:trPr>
          <w:tblHeader w:val="true"/>
        </w:trPr>
        <w:tc>
          <w:tcPr>
            <w:tcW w:type="dxa" w:w="74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182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Актив/мажбурият тури / Вид</w:t>
            </w:r>
          </w:p>
        </w:tc>
        <w:tc>
          <w:tcPr>
            <w:tcW w:type="dxa" w:w="231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Ҳисоб қиймати / Учётная стоимость</w:t>
            </w:r>
          </w:p>
        </w:tc>
        <w:tc>
          <w:tcPr>
            <w:tcW w:type="dxa" w:w="139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Амалда / Фактически</w:t>
            </w:r>
          </w:p>
        </w:tc>
        <w:tc>
          <w:tcPr>
            <w:tcW w:type="dxa" w:w="139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Ортиқча / Излишек</w:t>
            </w:r>
          </w:p>
        </w:tc>
        <w:tc>
          <w:tcPr>
            <w:tcW w:type="dxa" w:w="139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Камомад / Недостача</w:t>
            </w:r>
          </w:p>
        </w:tc>
        <w:tc>
          <w:tcPr>
            <w:tcW w:type="dxa" w:w="238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Қайта навлаш/тузатиш / Пересортица</w:t>
            </w:r>
          </w:p>
        </w:tc>
        <w:tc>
          <w:tcPr>
            <w:tcW w:type="dxa" w:w="139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Қоплаш / Возмещение</w:t>
            </w:r>
          </w:p>
        </w:tc>
        <w:tc>
          <w:tcPr>
            <w:tcW w:type="dxa" w:w="225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Ҳисобда акс эттирилди / Отражено</w:t>
            </w:r>
          </w:p>
        </w:tc>
      </w:tr>
      <w:tr>
        <w:trPr>
          <w:cantSplit/>
        </w:trPr>
        <w:tc>
          <w:tcPr>
            <w:tcW w:type="dxa" w:w="7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18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3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18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3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18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3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18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3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18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3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18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3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18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3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18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3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9</w:t>
            </w:r>
          </w:p>
        </w:tc>
        <w:tc>
          <w:tcPr>
            <w:tcW w:type="dxa" w:w="18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3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10</w:t>
            </w:r>
          </w:p>
        </w:tc>
        <w:tc>
          <w:tcPr>
            <w:tcW w:type="dxa" w:w="18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3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38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Ҳужжатлар рўйхати / Перечень документов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246"/>
        <w:gridCol w:w="3539"/>
        <w:gridCol w:w="2713"/>
        <w:gridCol w:w="2336"/>
        <w:gridCol w:w="2907"/>
        <w:gridCol w:w="2339"/>
      </w:tblGrid>
      <w:tr>
        <w:trPr>
          <w:tblHeader w:val="true"/>
        </w:trPr>
        <w:tc>
          <w:tcPr>
            <w:tcW w:type="dxa" w:w="124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353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Рўйхат/далолатнома / Опись/акт</w:t>
            </w:r>
          </w:p>
        </w:tc>
        <w:tc>
          <w:tcPr>
            <w:tcW w:type="dxa" w:w="271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Бўлинма / Подразделение</w:t>
            </w:r>
          </w:p>
        </w:tc>
        <w:tc>
          <w:tcPr>
            <w:tcW w:type="dxa" w:w="233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Варақлар / Листы</w:t>
            </w:r>
          </w:p>
        </w:tc>
        <w:tc>
          <w:tcPr>
            <w:tcW w:type="dxa" w:w="290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Тафовут суммаси / Расхождение</w:t>
            </w:r>
          </w:p>
        </w:tc>
        <w:tc>
          <w:tcPr>
            <w:tcW w:type="dxa" w:w="233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Ҳолат / Статус</w:t>
            </w:r>
          </w:p>
        </w:tc>
      </w:tr>
      <w:tr>
        <w:trPr>
          <w:cantSplit/>
        </w:trPr>
        <w:tc>
          <w:tcPr>
            <w:tcW w:type="dxa" w:w="12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35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9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2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35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9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2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35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9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2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35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9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2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35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9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2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6</w:t>
            </w:r>
          </w:p>
        </w:tc>
        <w:tc>
          <w:tcPr>
            <w:tcW w:type="dxa" w:w="35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9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2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7</w:t>
            </w:r>
          </w:p>
        </w:tc>
        <w:tc>
          <w:tcPr>
            <w:tcW w:type="dxa" w:w="35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9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2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8</w:t>
            </w:r>
          </w:p>
        </w:tc>
        <w:tc>
          <w:tcPr>
            <w:tcW w:type="dxa" w:w="35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90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3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Якун / Итоги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Ортиқча жами / Всего излишки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Камомад жами / Всего недостачи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Ундириш/харажатга олиш / Возмещение/списание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Бухгалтерия маълумотномаси / Бухгалтерская справка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Раҳбар қарори / Решение руководителя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Комиссия раиси / Председатель комиссии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Бош бухгалтер / Главный бухгалтер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Комиссия аъзолари / Члены комиссии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Тасдиқлади / Утвердил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095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Инвентаризация натижаларининг йиғма қайдномаси / Сводная ведомость результатов инвентаризации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