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ИШ ВАҚТИНИ ҲИСОБГА ОЛИШ ТАБЕЛИ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ТАБЕЛЬ УЧЁТА РАБОЧЕГО ВРЕМЕНИ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ойи ва йил / Отчётный месяц и год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Бўлинма / Подразделение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 графиги / График работы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Шартли белгилар / Условные обозначения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1-15 кунлар / Дни 1-15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126"/>
        <w:gridCol w:w="2692"/>
        <w:gridCol w:w="1126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1136"/>
      </w:tblGrid>
      <w:tr>
        <w:trPr>
          <w:tblHeader w:val="true"/>
        </w:trPr>
        <w:tc>
          <w:tcPr>
            <w:tcW w:type="dxa" w:w="112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Табель №</w:t>
            </w:r>
          </w:p>
        </w:tc>
        <w:tc>
          <w:tcPr>
            <w:tcW w:type="dxa" w:w="269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Ходим Ф.И.Ш. / Ф.И.О.</w:t>
            </w:r>
          </w:p>
        </w:tc>
        <w:tc>
          <w:tcPr>
            <w:tcW w:type="dxa" w:w="112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Лавозим / Должность</w:t>
            </w:r>
          </w:p>
        </w:tc>
        <w:tc>
          <w:tcPr>
            <w:tcW w:type="dxa" w:w="6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1</w:t>
            </w:r>
          </w:p>
        </w:tc>
        <w:tc>
          <w:tcPr>
            <w:tcW w:type="dxa" w:w="6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2</w:t>
            </w:r>
          </w:p>
        </w:tc>
        <w:tc>
          <w:tcPr>
            <w:tcW w:type="dxa" w:w="6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3</w:t>
            </w:r>
          </w:p>
        </w:tc>
        <w:tc>
          <w:tcPr>
            <w:tcW w:type="dxa" w:w="6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4</w:t>
            </w:r>
          </w:p>
        </w:tc>
        <w:tc>
          <w:tcPr>
            <w:tcW w:type="dxa" w:w="6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5</w:t>
            </w:r>
          </w:p>
        </w:tc>
        <w:tc>
          <w:tcPr>
            <w:tcW w:type="dxa" w:w="6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6</w:t>
            </w:r>
          </w:p>
        </w:tc>
        <w:tc>
          <w:tcPr>
            <w:tcW w:type="dxa" w:w="6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7</w:t>
            </w:r>
          </w:p>
        </w:tc>
        <w:tc>
          <w:tcPr>
            <w:tcW w:type="dxa" w:w="6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8</w:t>
            </w:r>
          </w:p>
        </w:tc>
        <w:tc>
          <w:tcPr>
            <w:tcW w:type="dxa" w:w="6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9</w:t>
            </w:r>
          </w:p>
        </w:tc>
        <w:tc>
          <w:tcPr>
            <w:tcW w:type="dxa" w:w="6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10</w:t>
            </w:r>
          </w:p>
        </w:tc>
        <w:tc>
          <w:tcPr>
            <w:tcW w:type="dxa" w:w="6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11</w:t>
            </w:r>
          </w:p>
        </w:tc>
        <w:tc>
          <w:tcPr>
            <w:tcW w:type="dxa" w:w="6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12</w:t>
            </w:r>
          </w:p>
        </w:tc>
        <w:tc>
          <w:tcPr>
            <w:tcW w:type="dxa" w:w="6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13</w:t>
            </w:r>
          </w:p>
        </w:tc>
        <w:tc>
          <w:tcPr>
            <w:tcW w:type="dxa" w:w="6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14</w:t>
            </w:r>
          </w:p>
        </w:tc>
        <w:tc>
          <w:tcPr>
            <w:tcW w:type="dxa" w:w="6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15</w:t>
            </w:r>
          </w:p>
        </w:tc>
        <w:tc>
          <w:tcPr>
            <w:tcW w:type="dxa" w:w="113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Соат / Часы</w:t>
            </w:r>
          </w:p>
        </w:tc>
      </w:tr>
      <w:tr>
        <w:trPr>
          <w:cantSplit/>
        </w:trPr>
        <w:tc>
          <w:tcPr>
            <w:tcW w:type="dxa" w:w="11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2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</w:tr>
      <w:tr>
        <w:trPr>
          <w:cantSplit/>
        </w:trPr>
        <w:tc>
          <w:tcPr>
            <w:tcW w:type="dxa" w:w="11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2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</w:tr>
      <w:tr>
        <w:trPr>
          <w:cantSplit/>
        </w:trPr>
        <w:tc>
          <w:tcPr>
            <w:tcW w:type="dxa" w:w="11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2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</w:tr>
      <w:tr>
        <w:trPr>
          <w:cantSplit/>
        </w:trPr>
        <w:tc>
          <w:tcPr>
            <w:tcW w:type="dxa" w:w="11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2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</w:tr>
      <w:tr>
        <w:trPr>
          <w:cantSplit/>
        </w:trPr>
        <w:tc>
          <w:tcPr>
            <w:tcW w:type="dxa" w:w="11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2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</w:tr>
      <w:tr>
        <w:trPr>
          <w:cantSplit/>
        </w:trPr>
        <w:tc>
          <w:tcPr>
            <w:tcW w:type="dxa" w:w="11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2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</w:tr>
      <w:tr>
        <w:trPr>
          <w:cantSplit/>
        </w:trPr>
        <w:tc>
          <w:tcPr>
            <w:tcW w:type="dxa" w:w="11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2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</w:tr>
      <w:tr>
        <w:trPr>
          <w:cantSplit/>
        </w:trPr>
        <w:tc>
          <w:tcPr>
            <w:tcW w:type="dxa" w:w="11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2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16-31 кунлар / Дни 16-31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166"/>
        <w:gridCol w:w="2788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1174"/>
      </w:tblGrid>
      <w:tr>
        <w:trPr>
          <w:tblHeader w:val="true"/>
        </w:trPr>
        <w:tc>
          <w:tcPr>
            <w:tcW w:type="dxa" w:w="116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Табель №</w:t>
            </w:r>
          </w:p>
        </w:tc>
        <w:tc>
          <w:tcPr>
            <w:tcW w:type="dxa" w:w="278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Ходим Ф.И.Ш. / Ф.И.О.</w:t>
            </w:r>
          </w:p>
        </w:tc>
        <w:tc>
          <w:tcPr>
            <w:tcW w:type="dxa" w:w="6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16</w:t>
            </w:r>
          </w:p>
        </w:tc>
        <w:tc>
          <w:tcPr>
            <w:tcW w:type="dxa" w:w="6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17</w:t>
            </w:r>
          </w:p>
        </w:tc>
        <w:tc>
          <w:tcPr>
            <w:tcW w:type="dxa" w:w="6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18</w:t>
            </w:r>
          </w:p>
        </w:tc>
        <w:tc>
          <w:tcPr>
            <w:tcW w:type="dxa" w:w="6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19</w:t>
            </w:r>
          </w:p>
        </w:tc>
        <w:tc>
          <w:tcPr>
            <w:tcW w:type="dxa" w:w="6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20</w:t>
            </w:r>
          </w:p>
        </w:tc>
        <w:tc>
          <w:tcPr>
            <w:tcW w:type="dxa" w:w="6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21</w:t>
            </w:r>
          </w:p>
        </w:tc>
        <w:tc>
          <w:tcPr>
            <w:tcW w:type="dxa" w:w="6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22</w:t>
            </w:r>
          </w:p>
        </w:tc>
        <w:tc>
          <w:tcPr>
            <w:tcW w:type="dxa" w:w="6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23</w:t>
            </w:r>
          </w:p>
        </w:tc>
        <w:tc>
          <w:tcPr>
            <w:tcW w:type="dxa" w:w="6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24</w:t>
            </w:r>
          </w:p>
        </w:tc>
        <w:tc>
          <w:tcPr>
            <w:tcW w:type="dxa" w:w="6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25</w:t>
            </w:r>
          </w:p>
        </w:tc>
        <w:tc>
          <w:tcPr>
            <w:tcW w:type="dxa" w:w="6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26</w:t>
            </w:r>
          </w:p>
        </w:tc>
        <w:tc>
          <w:tcPr>
            <w:tcW w:type="dxa" w:w="6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27</w:t>
            </w:r>
          </w:p>
        </w:tc>
        <w:tc>
          <w:tcPr>
            <w:tcW w:type="dxa" w:w="6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28</w:t>
            </w:r>
          </w:p>
        </w:tc>
        <w:tc>
          <w:tcPr>
            <w:tcW w:type="dxa" w:w="6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29</w:t>
            </w:r>
          </w:p>
        </w:tc>
        <w:tc>
          <w:tcPr>
            <w:tcW w:type="dxa" w:w="6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30</w:t>
            </w:r>
          </w:p>
        </w:tc>
        <w:tc>
          <w:tcPr>
            <w:tcW w:type="dxa" w:w="6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31</w:t>
            </w:r>
          </w:p>
        </w:tc>
        <w:tc>
          <w:tcPr>
            <w:tcW w:type="dxa" w:w="11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2"/>
              </w:rPr>
              <w:t>Соат / Часы</w:t>
            </w:r>
          </w:p>
        </w:tc>
      </w:tr>
      <w:tr>
        <w:trPr>
          <w:cantSplit/>
        </w:trPr>
        <w:tc>
          <w:tcPr>
            <w:tcW w:type="dxa" w:w="11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2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</w:tr>
      <w:tr>
        <w:trPr>
          <w:cantSplit/>
        </w:trPr>
        <w:tc>
          <w:tcPr>
            <w:tcW w:type="dxa" w:w="11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2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</w:tr>
      <w:tr>
        <w:trPr>
          <w:cantSplit/>
        </w:trPr>
        <w:tc>
          <w:tcPr>
            <w:tcW w:type="dxa" w:w="11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2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</w:tr>
      <w:tr>
        <w:trPr>
          <w:cantSplit/>
        </w:trPr>
        <w:tc>
          <w:tcPr>
            <w:tcW w:type="dxa" w:w="11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2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</w:tr>
      <w:tr>
        <w:trPr>
          <w:cantSplit/>
        </w:trPr>
        <w:tc>
          <w:tcPr>
            <w:tcW w:type="dxa" w:w="11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2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</w:tr>
      <w:tr>
        <w:trPr>
          <w:cantSplit/>
        </w:trPr>
        <w:tc>
          <w:tcPr>
            <w:tcW w:type="dxa" w:w="11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2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</w:tr>
      <w:tr>
        <w:trPr>
          <w:cantSplit/>
        </w:trPr>
        <w:tc>
          <w:tcPr>
            <w:tcW w:type="dxa" w:w="11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2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</w:tr>
      <w:tr>
        <w:trPr>
          <w:cantSplit/>
        </w:trPr>
        <w:tc>
          <w:tcPr>
            <w:tcW w:type="dxa" w:w="11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2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2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Ой якуни / Итоги месяца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712"/>
        <w:gridCol w:w="2507"/>
        <w:gridCol w:w="1729"/>
        <w:gridCol w:w="1712"/>
        <w:gridCol w:w="1902"/>
        <w:gridCol w:w="1712"/>
        <w:gridCol w:w="1815"/>
        <w:gridCol w:w="1991"/>
      </w:tblGrid>
      <w:tr>
        <w:trPr>
          <w:tblHeader w:val="true"/>
        </w:trPr>
        <w:tc>
          <w:tcPr>
            <w:tcW w:type="dxa" w:w="171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Табель №</w:t>
            </w:r>
          </w:p>
        </w:tc>
        <w:tc>
          <w:tcPr>
            <w:tcW w:type="dxa" w:w="250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Ишлаган кун / Отработано дней</w:t>
            </w:r>
          </w:p>
        </w:tc>
        <w:tc>
          <w:tcPr>
            <w:tcW w:type="dxa" w:w="172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Ишлаган соат / Часов</w:t>
            </w:r>
          </w:p>
        </w:tc>
        <w:tc>
          <w:tcPr>
            <w:tcW w:type="dxa" w:w="171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Тунги / Ночные</w:t>
            </w:r>
          </w:p>
        </w:tc>
        <w:tc>
          <w:tcPr>
            <w:tcW w:type="dxa" w:w="190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Ортиқча / Сверхурочные</w:t>
            </w:r>
          </w:p>
        </w:tc>
        <w:tc>
          <w:tcPr>
            <w:tcW w:type="dxa" w:w="171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Таътил / Отпуск</w:t>
            </w:r>
          </w:p>
        </w:tc>
        <w:tc>
          <w:tcPr>
            <w:tcW w:type="dxa" w:w="181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Касаллик / Больничные</w:t>
            </w:r>
          </w:p>
        </w:tc>
        <w:tc>
          <w:tcPr>
            <w:tcW w:type="dxa" w:w="199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Келмаслик коди / Неявки</w:t>
            </w:r>
          </w:p>
        </w:tc>
      </w:tr>
      <w:tr>
        <w:trPr>
          <w:cantSplit/>
        </w:trPr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Табелчи / Табельщик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Бўлинма раҳбари / Руководитель подразделения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Кадрлар / Кадры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052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Иш вақтини ҳисобга олиш табели / Табель учёта рабочего времени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