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ҲИСОБ-КИТОБ ҚАЙДНОМАСИ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РАСЧЁТНАЯ ВЕДОМОСТЬ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Ҳисобот ойи / Расчётный месяц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Бўлинма / Подразделение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Тўлов санаси / Дата выплаты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Иш ҳақи ҳисоб-китоби / Расчёт заработной платы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39"/>
        <w:gridCol w:w="2415"/>
        <w:gridCol w:w="1327"/>
        <w:gridCol w:w="1011"/>
        <w:gridCol w:w="1736"/>
        <w:gridCol w:w="1634"/>
        <w:gridCol w:w="1736"/>
        <w:gridCol w:w="1378"/>
        <w:gridCol w:w="1011"/>
        <w:gridCol w:w="1276"/>
        <w:gridCol w:w="1017"/>
      </w:tblGrid>
      <w:tr>
        <w:trPr>
          <w:tblHeader w:val="true"/>
        </w:trPr>
        <w:tc>
          <w:tcPr>
            <w:tcW w:type="dxa" w:w="53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№</w:t>
            </w:r>
          </w:p>
        </w:tc>
        <w:tc>
          <w:tcPr>
            <w:tcW w:type="dxa" w:w="241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Табель №/Ф.И.Ш.</w:t>
            </w:r>
          </w:p>
        </w:tc>
        <w:tc>
          <w:tcPr>
            <w:tcW w:type="dxa" w:w="132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Маош/ставка / Оклад/ставка</w:t>
            </w:r>
          </w:p>
        </w:tc>
        <w:tc>
          <w:tcPr>
            <w:tcW w:type="dxa" w:w="101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Кун/соат / Дни/часы</w:t>
            </w:r>
          </w:p>
        </w:tc>
        <w:tc>
          <w:tcPr>
            <w:tcW w:type="dxa" w:w="173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Асосий иш ҳақи / Основная зарплата</w:t>
            </w:r>
          </w:p>
        </w:tc>
        <w:tc>
          <w:tcPr>
            <w:tcW w:type="dxa" w:w="163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Қўшимча/мукофот / Доплаты/премия</w:t>
            </w:r>
          </w:p>
        </w:tc>
        <w:tc>
          <w:tcPr>
            <w:tcW w:type="dxa" w:w="173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Бошқа ҳисоблаш / Прочие начисления</w:t>
            </w:r>
          </w:p>
        </w:tc>
        <w:tc>
          <w:tcPr>
            <w:tcW w:type="dxa" w:w="137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Жами ҳисобланди / Начислено</w:t>
            </w:r>
          </w:p>
        </w:tc>
        <w:tc>
          <w:tcPr>
            <w:tcW w:type="dxa" w:w="101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ЖШДС / НДФЛ</w:t>
            </w:r>
          </w:p>
        </w:tc>
        <w:tc>
          <w:tcPr>
            <w:tcW w:type="dxa" w:w="127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Бошқа ушланма / Удержания</w:t>
            </w:r>
          </w:p>
        </w:tc>
        <w:tc>
          <w:tcPr>
            <w:tcW w:type="dxa" w:w="101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Тўловга / К выплате</w:t>
            </w:r>
          </w:p>
        </w:tc>
      </w:tr>
      <w:tr>
        <w:trPr>
          <w:cantSplit/>
        </w:trPr>
        <w:tc>
          <w:tcPr>
            <w:tcW w:type="dxa" w:w="5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</w:t>
            </w:r>
          </w:p>
        </w:tc>
        <w:tc>
          <w:tcPr>
            <w:tcW w:type="dxa" w:w="2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2</w:t>
            </w:r>
          </w:p>
        </w:tc>
        <w:tc>
          <w:tcPr>
            <w:tcW w:type="dxa" w:w="2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3</w:t>
            </w:r>
          </w:p>
        </w:tc>
        <w:tc>
          <w:tcPr>
            <w:tcW w:type="dxa" w:w="2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4</w:t>
            </w:r>
          </w:p>
        </w:tc>
        <w:tc>
          <w:tcPr>
            <w:tcW w:type="dxa" w:w="2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5</w:t>
            </w:r>
          </w:p>
        </w:tc>
        <w:tc>
          <w:tcPr>
            <w:tcW w:type="dxa" w:w="2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6</w:t>
            </w:r>
          </w:p>
        </w:tc>
        <w:tc>
          <w:tcPr>
            <w:tcW w:type="dxa" w:w="2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7</w:t>
            </w:r>
          </w:p>
        </w:tc>
        <w:tc>
          <w:tcPr>
            <w:tcW w:type="dxa" w:w="2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8</w:t>
            </w:r>
          </w:p>
        </w:tc>
        <w:tc>
          <w:tcPr>
            <w:tcW w:type="dxa" w:w="2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9</w:t>
            </w:r>
          </w:p>
        </w:tc>
        <w:tc>
          <w:tcPr>
            <w:tcW w:type="dxa" w:w="2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10</w:t>
            </w:r>
          </w:p>
        </w:tc>
        <w:tc>
          <w:tcPr>
            <w:tcW w:type="dxa" w:w="2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11</w:t>
            </w:r>
          </w:p>
        </w:tc>
        <w:tc>
          <w:tcPr>
            <w:tcW w:type="dxa" w:w="2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12</w:t>
            </w:r>
          </w:p>
        </w:tc>
        <w:tc>
          <w:tcPr>
            <w:tcW w:type="dxa" w:w="2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Назорат якунлари / Контрольные итоги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Жами ҳисобланди / Всего начислено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Жами ЖШДС / Всего НДФЛ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Жами бошқа ушланмалар / Прочие удержания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Жами тўловга / Всего к выплате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Бухгалтерия проводкаси / Бухгалтерская проводка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Ҳисоблади / Рассчитал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Текширди / Проверил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Бош бухгалтер / Главный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Тасдиқлади / Утвердил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053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Ҳисоб-китоб қайдномаси / Расчётная ведомость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